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3CF4F" w14:textId="2A8999FD" w:rsidR="007E36FE" w:rsidRDefault="00A52CB9" w:rsidP="00F67A39">
      <w:pPr>
        <w:pStyle w:val="Heading1"/>
        <w:spacing w:before="0"/>
        <w:jc w:val="center"/>
      </w:pPr>
      <w:r>
        <w:t>Classroom Observation Form</w:t>
      </w:r>
    </w:p>
    <w:p w14:paraId="63B4DE11" w14:textId="065CA364" w:rsidR="007E36FE" w:rsidRDefault="00A52CB9" w:rsidP="00664469">
      <w:r>
        <w:t>Instructor/TA</w:t>
      </w:r>
      <w:r w:rsidR="005E1713">
        <w:t xml:space="preserve">: </w:t>
      </w:r>
      <w:sdt>
        <w:sdtPr>
          <w:rPr>
            <w:vanish/>
          </w:rPr>
          <w:tag w:val="enter instructor's name"/>
          <w:id w:val="-1896961548"/>
          <w:placeholder>
            <w:docPart w:val="C9BEB01A7B884A93B01072ACC1102F70"/>
          </w:placeholder>
          <w:showingPlcHdr/>
          <w:text/>
        </w:sdtPr>
        <w:sdtContent>
          <w:r w:rsidR="006B1A32" w:rsidRPr="008600C0">
            <w:rPr>
              <w:rStyle w:val="PlaceholderText"/>
              <w:vanish/>
            </w:rPr>
            <w:t>Click or tap here to enter text.</w:t>
          </w:r>
        </w:sdtContent>
      </w:sdt>
      <w:r w:rsidR="003628C7">
        <w:tab/>
      </w:r>
      <w:r w:rsidR="003628C7">
        <w:tab/>
      </w:r>
      <w:r>
        <w:br/>
        <w:t>Course:</w:t>
      </w:r>
      <w:sdt>
        <w:sdtPr>
          <w:tag w:val="enter course name/number"/>
          <w:id w:val="1689484737"/>
          <w:placeholder>
            <w:docPart w:val="D93068805EC04E49B2981644488B06C8"/>
          </w:placeholder>
          <w:showingPlcHdr/>
          <w:text/>
        </w:sdtPr>
        <w:sdtContent>
          <w:r w:rsidR="006B1A32" w:rsidRPr="00B45E81">
            <w:rPr>
              <w:rStyle w:val="PlaceholderText"/>
              <w:vanish/>
            </w:rPr>
            <w:t>Click or tap here to enter text.</w:t>
          </w:r>
        </w:sdtContent>
      </w:sdt>
      <w:r>
        <w:br/>
        <w:t>Observer:</w:t>
      </w:r>
      <w:sdt>
        <w:sdtPr>
          <w:tag w:val="enter observer's name"/>
          <w:id w:val="1363932485"/>
          <w:placeholder>
            <w:docPart w:val="A8A75C57C00146DD9DEB8141BB792893"/>
          </w:placeholder>
          <w:showingPlcHdr/>
          <w:text/>
        </w:sdtPr>
        <w:sdtContent>
          <w:r w:rsidR="006B1A32" w:rsidRPr="004C11EF">
            <w:rPr>
              <w:rStyle w:val="PlaceholderText"/>
              <w:vanish/>
            </w:rPr>
            <w:t>Click or tap here to enter text.</w:t>
          </w:r>
        </w:sdtContent>
      </w:sdt>
      <w:r>
        <w:br/>
        <w:t>Date:</w:t>
      </w:r>
      <w:sdt>
        <w:sdtPr>
          <w:tag w:val="enter date"/>
          <w:id w:val="-660385510"/>
          <w:placeholder>
            <w:docPart w:val="C355AFAA33704722BE96D997A7AB9AF6"/>
          </w:placeholder>
          <w:showingPlcHdr/>
          <w:text/>
        </w:sdtPr>
        <w:sdtContent>
          <w:r w:rsidR="006B1A32" w:rsidRPr="004C11EF">
            <w:rPr>
              <w:rStyle w:val="PlaceholderText"/>
              <w:vanish/>
            </w:rPr>
            <w:t>Click or tap here to enter text.</w:t>
          </w:r>
        </w:sdtContent>
      </w:sdt>
    </w:p>
    <w:p w14:paraId="2CB8203F" w14:textId="77777777" w:rsidR="007E36FE" w:rsidRDefault="00A52CB9" w:rsidP="00664469">
      <w:pPr>
        <w:pStyle w:val="Heading2"/>
      </w:pPr>
      <w:r>
        <w:t>Welcoming &amp; Collaborative Dimension</w:t>
      </w:r>
    </w:p>
    <w:tbl>
      <w:tblPr>
        <w:tblW w:w="13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155"/>
        <w:gridCol w:w="1185"/>
        <w:gridCol w:w="1440"/>
        <w:gridCol w:w="5670"/>
      </w:tblGrid>
      <w:tr w:rsidR="00664469" w14:paraId="51861E57" w14:textId="77777777" w:rsidTr="004C11EF">
        <w:trPr>
          <w:tblHeader/>
        </w:trPr>
        <w:tc>
          <w:tcPr>
            <w:tcW w:w="3595" w:type="dxa"/>
          </w:tcPr>
          <w:p w14:paraId="2EB9E435" w14:textId="77777777" w:rsidR="007E36FE" w:rsidRDefault="00A52CB9" w:rsidP="00664469">
            <w:r>
              <w:t>Observation Item</w:t>
            </w:r>
          </w:p>
        </w:tc>
        <w:tc>
          <w:tcPr>
            <w:tcW w:w="1155" w:type="dxa"/>
          </w:tcPr>
          <w:p w14:paraId="2C749E7F" w14:textId="77777777" w:rsidR="007E36FE" w:rsidRDefault="00A52CB9" w:rsidP="00664469">
            <w:r>
              <w:t>Discussed</w:t>
            </w:r>
          </w:p>
        </w:tc>
        <w:tc>
          <w:tcPr>
            <w:tcW w:w="1185" w:type="dxa"/>
          </w:tcPr>
          <w:p w14:paraId="10F12E6E" w14:textId="77777777" w:rsidR="007E36FE" w:rsidRDefault="00A52CB9" w:rsidP="00664469">
            <w:r>
              <w:t>Observed</w:t>
            </w:r>
          </w:p>
        </w:tc>
        <w:tc>
          <w:tcPr>
            <w:tcW w:w="1440" w:type="dxa"/>
          </w:tcPr>
          <w:p w14:paraId="0F8EDF98" w14:textId="77777777" w:rsidR="007E36FE" w:rsidRDefault="00A52CB9" w:rsidP="00664469">
            <w:r>
              <w:t>Not Relevant</w:t>
            </w:r>
          </w:p>
        </w:tc>
        <w:tc>
          <w:tcPr>
            <w:tcW w:w="5670" w:type="dxa"/>
          </w:tcPr>
          <w:p w14:paraId="77249572" w14:textId="77777777" w:rsidR="007E36FE" w:rsidRDefault="00A52CB9" w:rsidP="00664469">
            <w:r>
              <w:t>Comments</w:t>
            </w:r>
          </w:p>
        </w:tc>
      </w:tr>
      <w:tr w:rsidR="00664469" w14:paraId="7887CE89" w14:textId="77777777" w:rsidTr="004C11EF">
        <w:tc>
          <w:tcPr>
            <w:tcW w:w="3595" w:type="dxa"/>
          </w:tcPr>
          <w:p w14:paraId="2146C70D" w14:textId="77777777" w:rsidR="007E36FE" w:rsidRDefault="00A52CB9" w:rsidP="00664469">
            <w:r>
              <w:t>Establishes a welcoming, productive tone</w:t>
            </w:r>
          </w:p>
        </w:tc>
        <w:tc>
          <w:tcPr>
            <w:tcW w:w="1155" w:type="dxa"/>
          </w:tcPr>
          <w:sdt>
            <w:sdtPr>
              <w:id w:val="13579311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4EF03A" w14:textId="4A4A0A05" w:rsidR="007E36FE" w:rsidRDefault="00DF4239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85" w:type="dxa"/>
          </w:tcPr>
          <w:sdt>
            <w:sdtPr>
              <w:id w:val="-11463518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62A4E1" w14:textId="16DCEEC0" w:rsidR="007E36FE" w:rsidRDefault="00215142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16554105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15C3457" w14:textId="5169480E" w:rsidR="007E36FE" w:rsidRDefault="0010699E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welcoming tone"/>
            <w:id w:val="1474956168"/>
            <w:placeholder>
              <w:docPart w:val="19A874BDB3484E438A5969BFB48794AB"/>
            </w:placeholder>
            <w:showingPlcHdr/>
          </w:sdtPr>
          <w:sdtContent>
            <w:tc>
              <w:tcPr>
                <w:tcW w:w="5670" w:type="dxa"/>
              </w:tcPr>
              <w:p w14:paraId="0950B6F7" w14:textId="59B07C7C" w:rsidR="00CE66E9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664469" w14:paraId="0B44F40C" w14:textId="77777777" w:rsidTr="004C11EF">
        <w:tc>
          <w:tcPr>
            <w:tcW w:w="3595" w:type="dxa"/>
          </w:tcPr>
          <w:p w14:paraId="0D0B4F70" w14:textId="77777777" w:rsidR="007E36FE" w:rsidRDefault="00A52CB9" w:rsidP="00664469">
            <w:proofErr w:type="gramStart"/>
            <w:r>
              <w:t>Models</w:t>
            </w:r>
            <w:proofErr w:type="gramEnd"/>
            <w:r>
              <w:t xml:space="preserve"> respectful interaction; avoids stereotyping</w:t>
            </w:r>
          </w:p>
        </w:tc>
        <w:tc>
          <w:tcPr>
            <w:tcW w:w="1155" w:type="dxa"/>
          </w:tcPr>
          <w:sdt>
            <w:sdtPr>
              <w:id w:val="-1596158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F3444C" w14:textId="2A930FD0" w:rsidR="007E36FE" w:rsidRDefault="007E22D1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85" w:type="dxa"/>
          </w:tcPr>
          <w:sdt>
            <w:sdtPr>
              <w:id w:val="17898543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8FCB75" w14:textId="0AEA66DC" w:rsidR="007E36FE" w:rsidRDefault="00215142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375088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77D3C05" w14:textId="098178DD" w:rsidR="007E36FE" w:rsidRDefault="00837031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interactions"/>
            <w:id w:val="-317956477"/>
            <w:placeholder>
              <w:docPart w:val="C9C6FC22ACDE45899DFE67C1B7B69418"/>
            </w:placeholder>
            <w:showingPlcHdr/>
            <w:text/>
          </w:sdtPr>
          <w:sdtContent>
            <w:tc>
              <w:tcPr>
                <w:tcW w:w="5670" w:type="dxa"/>
              </w:tcPr>
              <w:p w14:paraId="6A745099" w14:textId="76617128" w:rsidR="007E36FE" w:rsidRDefault="00837031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664469" w14:paraId="5BF2DCFF" w14:textId="77777777" w:rsidTr="004C11EF">
        <w:tc>
          <w:tcPr>
            <w:tcW w:w="3595" w:type="dxa"/>
          </w:tcPr>
          <w:p w14:paraId="6F532A80" w14:textId="77777777" w:rsidR="007E36FE" w:rsidRDefault="00A52CB9" w:rsidP="00664469">
            <w:r>
              <w:t>Encourages participation from all students</w:t>
            </w:r>
          </w:p>
        </w:tc>
        <w:tc>
          <w:tcPr>
            <w:tcW w:w="1155" w:type="dxa"/>
          </w:tcPr>
          <w:sdt>
            <w:sdtPr>
              <w:id w:val="935557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926EE7" w14:textId="09CF2038" w:rsidR="007E36FE" w:rsidRDefault="00215142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85" w:type="dxa"/>
          </w:tcPr>
          <w:sdt>
            <w:sdtPr>
              <w:id w:val="-1994942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B57E3D" w14:textId="54FFA656" w:rsidR="007E36FE" w:rsidRDefault="00215142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237680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B8E0B3" w14:textId="1E5A4F7B" w:rsidR="007E36FE" w:rsidRDefault="00215142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encouraging participation"/>
            <w:id w:val="-1730837909"/>
            <w:placeholder>
              <w:docPart w:val="B62466BF456542018CFCA794BDFB4015"/>
            </w:placeholder>
            <w:showingPlcHdr/>
            <w:text/>
          </w:sdtPr>
          <w:sdtContent>
            <w:tc>
              <w:tcPr>
                <w:tcW w:w="5670" w:type="dxa"/>
              </w:tcPr>
              <w:p w14:paraId="2890F424" w14:textId="4EFB1EA7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664469" w14:paraId="2B99D4FF" w14:textId="77777777" w:rsidTr="004C11EF">
        <w:tc>
          <w:tcPr>
            <w:tcW w:w="3595" w:type="dxa"/>
          </w:tcPr>
          <w:p w14:paraId="0F150D43" w14:textId="77777777" w:rsidR="007E36FE" w:rsidRDefault="00A52CB9" w:rsidP="00664469">
            <w:r>
              <w:t>Provides opportunities for student–student interaction</w:t>
            </w:r>
          </w:p>
        </w:tc>
        <w:tc>
          <w:tcPr>
            <w:tcW w:w="1155" w:type="dxa"/>
          </w:tcPr>
          <w:sdt>
            <w:sdtPr>
              <w:id w:val="-19914784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AA8906" w14:textId="6EB0D739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85" w:type="dxa"/>
          </w:tcPr>
          <w:sdt>
            <w:sdtPr>
              <w:id w:val="-19930203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57822B" w14:textId="405ADBA6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8935748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29A767" w14:textId="2FB3ABA9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providing interaction opportunities"/>
            <w:id w:val="-240565039"/>
            <w:placeholder>
              <w:docPart w:val="CF36233D65F3474AA0209F2D105951E5"/>
            </w:placeholder>
            <w:showingPlcHdr/>
            <w:text/>
          </w:sdtPr>
          <w:sdtContent>
            <w:tc>
              <w:tcPr>
                <w:tcW w:w="5670" w:type="dxa"/>
              </w:tcPr>
              <w:p w14:paraId="6B07F6F4" w14:textId="7DF7E1D7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664469" w14:paraId="67F86BDD" w14:textId="77777777" w:rsidTr="004C11EF">
        <w:tc>
          <w:tcPr>
            <w:tcW w:w="3595" w:type="dxa"/>
          </w:tcPr>
          <w:p w14:paraId="478CF2E8" w14:textId="77777777" w:rsidR="007E36FE" w:rsidRDefault="00A52CB9" w:rsidP="00664469">
            <w:r>
              <w:t>Demonstrates awareness of all learners’ engagement</w:t>
            </w:r>
          </w:p>
        </w:tc>
        <w:tc>
          <w:tcPr>
            <w:tcW w:w="1155" w:type="dxa"/>
          </w:tcPr>
          <w:sdt>
            <w:sdtPr>
              <w:id w:val="14298480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4F97EF" w14:textId="1F0CC198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85" w:type="dxa"/>
          </w:tcPr>
          <w:sdt>
            <w:sdtPr>
              <w:id w:val="3864585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98463A5" w14:textId="62A290A8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91863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EF9725" w14:textId="509D12A2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awareness of learners' engagment"/>
            <w:id w:val="1242914565"/>
            <w:placeholder>
              <w:docPart w:val="506A6F41D4304BBFB1707D2ECCF18067"/>
            </w:placeholder>
            <w:showingPlcHdr/>
            <w:text/>
          </w:sdtPr>
          <w:sdtContent>
            <w:tc>
              <w:tcPr>
                <w:tcW w:w="5670" w:type="dxa"/>
              </w:tcPr>
              <w:p w14:paraId="708636FD" w14:textId="1A26DE90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664469" w14:paraId="63FE6EA9" w14:textId="77777777" w:rsidTr="004C11EF">
        <w:tc>
          <w:tcPr>
            <w:tcW w:w="3595" w:type="dxa"/>
          </w:tcPr>
          <w:p w14:paraId="404EE31D" w14:textId="77777777" w:rsidR="007E36FE" w:rsidRDefault="00A52CB9" w:rsidP="00664469">
            <w:r>
              <w:t>Demonstrates rapport with students</w:t>
            </w:r>
          </w:p>
        </w:tc>
        <w:tc>
          <w:tcPr>
            <w:tcW w:w="1155" w:type="dxa"/>
          </w:tcPr>
          <w:sdt>
            <w:sdtPr>
              <w:id w:val="1570386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6BA39B" w14:textId="4C0A487B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85" w:type="dxa"/>
          </w:tcPr>
          <w:sdt>
            <w:sdtPr>
              <w:id w:val="-16066472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5704382" w14:textId="371782E6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1824849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DA8FAC" w14:textId="64A373F6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rapport with students"/>
            <w:id w:val="1246682996"/>
            <w:placeholder>
              <w:docPart w:val="49B4770B40B848E8ABC3DA821EAEB66C"/>
            </w:placeholder>
            <w:showingPlcHdr/>
            <w:text/>
          </w:sdtPr>
          <w:sdtContent>
            <w:tc>
              <w:tcPr>
                <w:tcW w:w="5670" w:type="dxa"/>
              </w:tcPr>
              <w:p w14:paraId="71C66ADC" w14:textId="163D65C7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664469" w14:paraId="26ECA38E" w14:textId="77777777" w:rsidTr="004C11EF">
        <w:tc>
          <w:tcPr>
            <w:tcW w:w="3595" w:type="dxa"/>
          </w:tcPr>
          <w:p w14:paraId="32E8233C" w14:textId="77777777" w:rsidR="007E36FE" w:rsidRDefault="00A52CB9" w:rsidP="00664469">
            <w:r>
              <w:t>Maintains appropriate class climate</w:t>
            </w:r>
          </w:p>
        </w:tc>
        <w:tc>
          <w:tcPr>
            <w:tcW w:w="1155" w:type="dxa"/>
          </w:tcPr>
          <w:sdt>
            <w:sdtPr>
              <w:id w:val="7101560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9C8679" w14:textId="376BEBCE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85" w:type="dxa"/>
          </w:tcPr>
          <w:sdt>
            <w:sdtPr>
              <w:id w:val="10324673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5DF82FC" w14:textId="68D93369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1616046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B0CBC7" w14:textId="00FC2286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appropriate climate"/>
            <w:id w:val="1769581227"/>
            <w:placeholder>
              <w:docPart w:val="074703244635497CB299E46AAC76E121"/>
            </w:placeholder>
            <w:showingPlcHdr/>
            <w:text/>
          </w:sdtPr>
          <w:sdtContent>
            <w:tc>
              <w:tcPr>
                <w:tcW w:w="5670" w:type="dxa"/>
              </w:tcPr>
              <w:p w14:paraId="3B8636AF" w14:textId="13F6E52C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5F4B391A" w14:textId="77777777" w:rsidR="007E36FE" w:rsidRDefault="00A52CB9" w:rsidP="00664469">
      <w:pPr>
        <w:pStyle w:val="Heading2"/>
      </w:pPr>
      <w:r>
        <w:lastRenderedPageBreak/>
        <w:t>Structured &amp; Intentional Dimension</w:t>
      </w:r>
    </w:p>
    <w:tbl>
      <w:tblPr>
        <w:tblW w:w="13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170"/>
        <w:gridCol w:w="1170"/>
        <w:gridCol w:w="1440"/>
        <w:gridCol w:w="5670"/>
      </w:tblGrid>
      <w:tr w:rsidR="007E36FE" w14:paraId="06C67A55" w14:textId="77777777" w:rsidTr="004C11EF">
        <w:trPr>
          <w:tblHeader/>
        </w:trPr>
        <w:tc>
          <w:tcPr>
            <w:tcW w:w="3595" w:type="dxa"/>
          </w:tcPr>
          <w:p w14:paraId="63DA9553" w14:textId="77777777" w:rsidR="007E36FE" w:rsidRDefault="00A52CB9" w:rsidP="00664469">
            <w:r>
              <w:t>Observation Item</w:t>
            </w:r>
          </w:p>
        </w:tc>
        <w:tc>
          <w:tcPr>
            <w:tcW w:w="1170" w:type="dxa"/>
          </w:tcPr>
          <w:p w14:paraId="539F8D28" w14:textId="77777777" w:rsidR="007E36FE" w:rsidRDefault="00A52CB9" w:rsidP="00664469">
            <w:r>
              <w:t>Discussed</w:t>
            </w:r>
          </w:p>
        </w:tc>
        <w:tc>
          <w:tcPr>
            <w:tcW w:w="1170" w:type="dxa"/>
          </w:tcPr>
          <w:p w14:paraId="2AF728F9" w14:textId="77777777" w:rsidR="007E36FE" w:rsidRDefault="00A52CB9" w:rsidP="00664469">
            <w:r>
              <w:t>Observed</w:t>
            </w:r>
          </w:p>
        </w:tc>
        <w:tc>
          <w:tcPr>
            <w:tcW w:w="1440" w:type="dxa"/>
          </w:tcPr>
          <w:p w14:paraId="66EBB272" w14:textId="77777777" w:rsidR="007E36FE" w:rsidRDefault="00A52CB9" w:rsidP="00664469">
            <w:r>
              <w:t>Not Relevant</w:t>
            </w:r>
          </w:p>
        </w:tc>
        <w:tc>
          <w:tcPr>
            <w:tcW w:w="5670" w:type="dxa"/>
          </w:tcPr>
          <w:p w14:paraId="7B299F05" w14:textId="77777777" w:rsidR="007E36FE" w:rsidRDefault="00A52CB9" w:rsidP="00664469">
            <w:r>
              <w:t>Comments</w:t>
            </w:r>
          </w:p>
        </w:tc>
      </w:tr>
      <w:tr w:rsidR="007E36FE" w14:paraId="304214B9" w14:textId="77777777" w:rsidTr="004C11EF">
        <w:tc>
          <w:tcPr>
            <w:tcW w:w="3595" w:type="dxa"/>
          </w:tcPr>
          <w:p w14:paraId="074FB792" w14:textId="77777777" w:rsidR="007E36FE" w:rsidRDefault="00A52CB9" w:rsidP="00664469">
            <w:r>
              <w:t>Class session is organized, well-planned, and logical</w:t>
            </w:r>
          </w:p>
        </w:tc>
        <w:tc>
          <w:tcPr>
            <w:tcW w:w="1170" w:type="dxa"/>
          </w:tcPr>
          <w:sdt>
            <w:sdtPr>
              <w:id w:val="-7589869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42015B" w14:textId="2E6A06B4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1647397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</w:tcPr>
              <w:p w14:paraId="373AC512" w14:textId="111A3B47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74937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</w:tcPr>
              <w:p w14:paraId="64A7022D" w14:textId="7F938EA7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tag w:val="Comments on session planning"/>
            <w:id w:val="741295446"/>
            <w:placeholder>
              <w:docPart w:val="663976A3F4A94CD181D74D60142832D8"/>
            </w:placeholder>
            <w:showingPlcHdr/>
            <w:text/>
          </w:sdtPr>
          <w:sdtContent>
            <w:tc>
              <w:tcPr>
                <w:tcW w:w="5670" w:type="dxa"/>
              </w:tcPr>
              <w:p w14:paraId="760B72DA" w14:textId="5B5EE9D8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3D526409" w14:textId="77777777" w:rsidTr="004C11EF">
        <w:tc>
          <w:tcPr>
            <w:tcW w:w="3595" w:type="dxa"/>
          </w:tcPr>
          <w:p w14:paraId="7221DD0A" w14:textId="77777777" w:rsidR="007E36FE" w:rsidRDefault="00A52CB9" w:rsidP="00664469">
            <w:r>
              <w:t>Learning objectives are clearly communicated and aligned</w:t>
            </w:r>
          </w:p>
        </w:tc>
        <w:sdt>
          <w:sdtPr>
            <w:id w:val="173450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</w:tcPr>
              <w:p w14:paraId="1829AEB0" w14:textId="3AF3A5BE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84792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</w:tcPr>
              <w:p w14:paraId="121F58B4" w14:textId="6CEB0121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40" w:type="dxa"/>
          </w:tcPr>
          <w:sdt>
            <w:sdtPr>
              <w:id w:val="1423456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9A9ECC" w14:textId="725FED5F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learning objectives"/>
            <w:id w:val="1289172611"/>
            <w:placeholder>
              <w:docPart w:val="509D41A0D5BE4B29B2030C5230E87544"/>
            </w:placeholder>
            <w:showingPlcHdr/>
            <w:text/>
          </w:sdtPr>
          <w:sdtContent>
            <w:tc>
              <w:tcPr>
                <w:tcW w:w="5670" w:type="dxa"/>
              </w:tcPr>
              <w:p w14:paraId="61CAD4CB" w14:textId="6E2D0C4F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7F310E7D" w14:textId="77777777" w:rsidTr="004C11EF">
        <w:tc>
          <w:tcPr>
            <w:tcW w:w="3595" w:type="dxa"/>
          </w:tcPr>
          <w:p w14:paraId="1CD48384" w14:textId="77777777" w:rsidR="007E36FE" w:rsidRDefault="00A52CB9" w:rsidP="00664469">
            <w:r>
              <w:t>Activities are well-matched to objectives</w:t>
            </w:r>
          </w:p>
        </w:tc>
        <w:tc>
          <w:tcPr>
            <w:tcW w:w="1170" w:type="dxa"/>
          </w:tcPr>
          <w:sdt>
            <w:sdtPr>
              <w:id w:val="884398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FC6150E" w14:textId="74D98ADA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1405801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22731C" w14:textId="0FE3B92A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-139072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</w:tcPr>
              <w:p w14:paraId="7DA6B569" w14:textId="47E615C1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tag w:val="Comments on activities match objectives"/>
            <w:id w:val="-1609658610"/>
            <w:placeholder>
              <w:docPart w:val="319DF4EF12754E4CB8B93DD5BE698B35"/>
            </w:placeholder>
            <w:showingPlcHdr/>
            <w:text/>
          </w:sdtPr>
          <w:sdtContent>
            <w:tc>
              <w:tcPr>
                <w:tcW w:w="5670" w:type="dxa"/>
              </w:tcPr>
              <w:p w14:paraId="7F8A7ED8" w14:textId="2F37A4EB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21D0499A" w14:textId="77777777" w:rsidTr="004C11EF">
        <w:tc>
          <w:tcPr>
            <w:tcW w:w="3595" w:type="dxa"/>
          </w:tcPr>
          <w:p w14:paraId="1805D284" w14:textId="77777777" w:rsidR="007E36FE" w:rsidRDefault="00A52CB9" w:rsidP="00664469">
            <w:r>
              <w:t>Uses concrete examples to clarify content</w:t>
            </w:r>
          </w:p>
        </w:tc>
        <w:tc>
          <w:tcPr>
            <w:tcW w:w="1170" w:type="dxa"/>
          </w:tcPr>
          <w:sdt>
            <w:sdtPr>
              <w:id w:val="486909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69C43B" w14:textId="0CAB8C9E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67616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99E0B4" w14:textId="73F04A51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5144305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4E27FE" w14:textId="396CB0B6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using concrete examples"/>
            <w:id w:val="-1548755337"/>
            <w:placeholder>
              <w:docPart w:val="6916D5F16E76425F962D30D552F6CC1C"/>
            </w:placeholder>
            <w:showingPlcHdr/>
            <w:text/>
          </w:sdtPr>
          <w:sdtContent>
            <w:tc>
              <w:tcPr>
                <w:tcW w:w="5670" w:type="dxa"/>
              </w:tcPr>
              <w:p w14:paraId="21610382" w14:textId="473D894F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58871EDB" w14:textId="77777777" w:rsidTr="004C11EF">
        <w:tc>
          <w:tcPr>
            <w:tcW w:w="3595" w:type="dxa"/>
          </w:tcPr>
          <w:p w14:paraId="4EA45556" w14:textId="77777777" w:rsidR="007E36FE" w:rsidRDefault="00A52CB9" w:rsidP="00664469">
            <w:r>
              <w:t>Breaks content into digestible segments</w:t>
            </w:r>
          </w:p>
        </w:tc>
        <w:tc>
          <w:tcPr>
            <w:tcW w:w="1170" w:type="dxa"/>
          </w:tcPr>
          <w:sdt>
            <w:sdtPr>
              <w:id w:val="-21220680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16AAD85" w14:textId="0406FBC1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-5380433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48F82A9" w14:textId="3F6D1AD5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1112250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09461D7" w14:textId="41315D1F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making content digestible"/>
            <w:id w:val="1798562774"/>
            <w:placeholder>
              <w:docPart w:val="BB831F8A46C3457197A1EC49E2DCB507"/>
            </w:placeholder>
            <w:showingPlcHdr/>
            <w:text/>
          </w:sdtPr>
          <w:sdtContent>
            <w:tc>
              <w:tcPr>
                <w:tcW w:w="5670" w:type="dxa"/>
              </w:tcPr>
              <w:p w14:paraId="677A43C7" w14:textId="71B1B637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20388FAA" w14:textId="77777777" w:rsidTr="004C11EF">
        <w:tc>
          <w:tcPr>
            <w:tcW w:w="3595" w:type="dxa"/>
          </w:tcPr>
          <w:p w14:paraId="52B7912C" w14:textId="77777777" w:rsidR="007E36FE" w:rsidRDefault="00A52CB9" w:rsidP="00664469">
            <w:r>
              <w:t>Uses effective board or audiovisual aids (if applicable)</w:t>
            </w:r>
          </w:p>
        </w:tc>
        <w:tc>
          <w:tcPr>
            <w:tcW w:w="1170" w:type="dxa"/>
          </w:tcPr>
          <w:sdt>
            <w:sdtPr>
              <w:id w:val="-8380682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749281D" w14:textId="27848717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264128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94C649" w14:textId="5CE24B4E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10815167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87D1FB" w14:textId="6EB24743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audiovisual aids"/>
            <w:id w:val="1807891000"/>
            <w:placeholder>
              <w:docPart w:val="B32B9030C1194A9590C405F9EAB51768"/>
            </w:placeholder>
            <w:showingPlcHdr/>
            <w:text/>
          </w:sdtPr>
          <w:sdtContent>
            <w:tc>
              <w:tcPr>
                <w:tcW w:w="5670" w:type="dxa"/>
              </w:tcPr>
              <w:p w14:paraId="5F8F86F0" w14:textId="7E92FCA4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0731A22B" w14:textId="77777777" w:rsidTr="004C11EF">
        <w:tc>
          <w:tcPr>
            <w:tcW w:w="3595" w:type="dxa"/>
          </w:tcPr>
          <w:p w14:paraId="34EC2481" w14:textId="1E92A381" w:rsidR="007E36FE" w:rsidRDefault="00A52CB9" w:rsidP="00664469">
            <w:r>
              <w:t>Includes a clear opening, review</w:t>
            </w:r>
            <w:r w:rsidR="001C62B3">
              <w:t xml:space="preserve"> of prior material</w:t>
            </w:r>
            <w:r>
              <w:t>, and conclusion</w:t>
            </w:r>
          </w:p>
        </w:tc>
        <w:tc>
          <w:tcPr>
            <w:tcW w:w="1170" w:type="dxa"/>
          </w:tcPr>
          <w:sdt>
            <w:sdtPr>
              <w:id w:val="-1215805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2414818" w14:textId="7C1763C9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436561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77BBBF" w14:textId="58332F78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117528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6A9854" w14:textId="302F4AD9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opening, review of previous material, and conclusion"/>
            <w:id w:val="-2092998339"/>
            <w:placeholder>
              <w:docPart w:val="E9264772CB104E5BAE986F51287C72EE"/>
            </w:placeholder>
            <w:showingPlcHdr/>
            <w:text/>
          </w:sdtPr>
          <w:sdtContent>
            <w:tc>
              <w:tcPr>
                <w:tcW w:w="5670" w:type="dxa"/>
              </w:tcPr>
              <w:p w14:paraId="1562B7CB" w14:textId="789A46DF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0BBACC1E" w14:textId="77777777" w:rsidTr="004C11EF">
        <w:tc>
          <w:tcPr>
            <w:tcW w:w="3595" w:type="dxa"/>
          </w:tcPr>
          <w:p w14:paraId="162700AC" w14:textId="77777777" w:rsidR="007E36FE" w:rsidRDefault="00A52CB9" w:rsidP="00664469">
            <w:r>
              <w:t>Activities and assignments have clear instructions</w:t>
            </w:r>
          </w:p>
        </w:tc>
        <w:tc>
          <w:tcPr>
            <w:tcW w:w="1170" w:type="dxa"/>
          </w:tcPr>
          <w:sdt>
            <w:sdtPr>
              <w:id w:val="-3689980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1519109" w14:textId="793598F6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2130280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35FC34" w14:textId="18295A3F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10915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19537E" w14:textId="207291C3" w:rsidR="007E36FE" w:rsidRDefault="0083515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clear instructions"/>
            <w:id w:val="1559204168"/>
            <w:placeholder>
              <w:docPart w:val="9CB8CD02569E427EB0EFC4B6CDA5B6E7"/>
            </w:placeholder>
            <w:showingPlcHdr/>
            <w:text/>
          </w:sdtPr>
          <w:sdtContent>
            <w:tc>
              <w:tcPr>
                <w:tcW w:w="5670" w:type="dxa"/>
              </w:tcPr>
              <w:p w14:paraId="39A50B99" w14:textId="2F36EFA0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18356515" w14:textId="77777777" w:rsidR="007E36FE" w:rsidRDefault="00A52CB9" w:rsidP="00F67A39">
      <w:pPr>
        <w:pStyle w:val="Heading2"/>
        <w:spacing w:before="480"/>
      </w:pPr>
      <w:r>
        <w:lastRenderedPageBreak/>
        <w:t>Empowering &amp; Supportive Dimension</w:t>
      </w:r>
    </w:p>
    <w:tbl>
      <w:tblPr>
        <w:tblW w:w="13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5"/>
        <w:gridCol w:w="1170"/>
        <w:gridCol w:w="1170"/>
        <w:gridCol w:w="1440"/>
        <w:gridCol w:w="5670"/>
      </w:tblGrid>
      <w:tr w:rsidR="007E36FE" w14:paraId="3E2ADE2A" w14:textId="77777777" w:rsidTr="004C11EF">
        <w:trPr>
          <w:tblHeader/>
        </w:trPr>
        <w:tc>
          <w:tcPr>
            <w:tcW w:w="3595" w:type="dxa"/>
          </w:tcPr>
          <w:p w14:paraId="5373835C" w14:textId="77777777" w:rsidR="007E36FE" w:rsidRDefault="00A52CB9" w:rsidP="00664469">
            <w:r>
              <w:t>Observation Item</w:t>
            </w:r>
          </w:p>
        </w:tc>
        <w:tc>
          <w:tcPr>
            <w:tcW w:w="1170" w:type="dxa"/>
          </w:tcPr>
          <w:p w14:paraId="11834B1F" w14:textId="77777777" w:rsidR="007E36FE" w:rsidRDefault="00A52CB9" w:rsidP="00664469">
            <w:r>
              <w:t>Discussed</w:t>
            </w:r>
          </w:p>
        </w:tc>
        <w:tc>
          <w:tcPr>
            <w:tcW w:w="1170" w:type="dxa"/>
          </w:tcPr>
          <w:p w14:paraId="74E5B0E9" w14:textId="77777777" w:rsidR="007E36FE" w:rsidRDefault="00A52CB9" w:rsidP="00664469">
            <w:r>
              <w:t>Observed</w:t>
            </w:r>
          </w:p>
        </w:tc>
        <w:tc>
          <w:tcPr>
            <w:tcW w:w="1440" w:type="dxa"/>
          </w:tcPr>
          <w:p w14:paraId="2AC0D3E1" w14:textId="77777777" w:rsidR="007E36FE" w:rsidRDefault="00A52CB9" w:rsidP="00664469">
            <w:r>
              <w:t>Not Relevant</w:t>
            </w:r>
          </w:p>
        </w:tc>
        <w:tc>
          <w:tcPr>
            <w:tcW w:w="5670" w:type="dxa"/>
          </w:tcPr>
          <w:p w14:paraId="428D34AE" w14:textId="77777777" w:rsidR="007E36FE" w:rsidRDefault="00A52CB9" w:rsidP="00664469">
            <w:r>
              <w:t>Comments</w:t>
            </w:r>
          </w:p>
        </w:tc>
      </w:tr>
      <w:tr w:rsidR="007E36FE" w14:paraId="22CC5D8C" w14:textId="77777777" w:rsidTr="004C11EF">
        <w:tc>
          <w:tcPr>
            <w:tcW w:w="3595" w:type="dxa"/>
          </w:tcPr>
          <w:p w14:paraId="0D99BAC4" w14:textId="77777777" w:rsidR="007E36FE" w:rsidRDefault="00A52CB9" w:rsidP="00664469">
            <w:r>
              <w:t>Corrects misinformation constructively</w:t>
            </w:r>
          </w:p>
        </w:tc>
        <w:tc>
          <w:tcPr>
            <w:tcW w:w="1170" w:type="dxa"/>
          </w:tcPr>
          <w:sdt>
            <w:sdtPr>
              <w:id w:val="-21242261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D9EABF2" w14:textId="542DDA97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1993297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374C57" w14:textId="4F355556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1706396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786EE4" w14:textId="5506006F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correcting misinformation"/>
            <w:id w:val="-1638633338"/>
            <w:placeholder>
              <w:docPart w:val="7AFA8F43BEE64479BFEEE80936885C93"/>
            </w:placeholder>
            <w:showingPlcHdr/>
            <w:text/>
          </w:sdtPr>
          <w:sdtContent>
            <w:tc>
              <w:tcPr>
                <w:tcW w:w="5670" w:type="dxa"/>
              </w:tcPr>
              <w:p w14:paraId="3E42C6AB" w14:textId="14BCF55D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5CCAB9CC" w14:textId="77777777" w:rsidTr="004C11EF">
        <w:tc>
          <w:tcPr>
            <w:tcW w:w="3595" w:type="dxa"/>
          </w:tcPr>
          <w:p w14:paraId="152D8C05" w14:textId="77777777" w:rsidR="007E36FE" w:rsidRDefault="00A52CB9" w:rsidP="00664469">
            <w:r>
              <w:t>Uses appropriate verbal and non-verbal communication</w:t>
            </w:r>
          </w:p>
        </w:tc>
        <w:tc>
          <w:tcPr>
            <w:tcW w:w="1170" w:type="dxa"/>
          </w:tcPr>
          <w:sdt>
            <w:sdtPr>
              <w:id w:val="10520392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F614C39" w14:textId="56F49728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505417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2B5E739" w14:textId="39E7761A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370154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74383F" w14:textId="2AB476CB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using appropriate communication"/>
            <w:id w:val="1365182285"/>
            <w:placeholder>
              <w:docPart w:val="4B2FCC7C6C33409FB7260DA74F0E0AA2"/>
            </w:placeholder>
            <w:showingPlcHdr/>
            <w:text/>
          </w:sdtPr>
          <w:sdtContent>
            <w:tc>
              <w:tcPr>
                <w:tcW w:w="5670" w:type="dxa"/>
              </w:tcPr>
              <w:p w14:paraId="009E87C1" w14:textId="0B4B3FD4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6A4077CD" w14:textId="77777777" w:rsidTr="004C11EF">
        <w:tc>
          <w:tcPr>
            <w:tcW w:w="3595" w:type="dxa"/>
          </w:tcPr>
          <w:p w14:paraId="6846BA46" w14:textId="77777777" w:rsidR="007E36FE" w:rsidRDefault="00A52CB9" w:rsidP="00664469">
            <w:proofErr w:type="gramStart"/>
            <w:r>
              <w:t>Uses</w:t>
            </w:r>
            <w:proofErr w:type="gramEnd"/>
            <w:r>
              <w:t xml:space="preserve"> space or technology to engage all students</w:t>
            </w:r>
          </w:p>
        </w:tc>
        <w:tc>
          <w:tcPr>
            <w:tcW w:w="1170" w:type="dxa"/>
          </w:tcPr>
          <w:sdt>
            <w:sdtPr>
              <w:id w:val="748621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64FBB3" w14:textId="6B929E65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-19905447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918EDED" w14:textId="4421AE70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379142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6C6627" w14:textId="530A2596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using space or technology to engage"/>
            <w:id w:val="-2002568472"/>
            <w:placeholder>
              <w:docPart w:val="5B60FCCD6D21404E994E21CD2EAFED02"/>
            </w:placeholder>
            <w:showingPlcHdr/>
            <w:text/>
          </w:sdtPr>
          <w:sdtContent>
            <w:tc>
              <w:tcPr>
                <w:tcW w:w="5670" w:type="dxa"/>
              </w:tcPr>
              <w:p w14:paraId="4597C3D4" w14:textId="1FAD37B7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2AC315A7" w14:textId="77777777" w:rsidTr="004C11EF">
        <w:tc>
          <w:tcPr>
            <w:tcW w:w="3595" w:type="dxa"/>
          </w:tcPr>
          <w:p w14:paraId="4640E0DE" w14:textId="77777777" w:rsidR="007E36FE" w:rsidRDefault="00A52CB9" w:rsidP="00664469">
            <w:proofErr w:type="gramStart"/>
            <w:r>
              <w:t>Listens</w:t>
            </w:r>
            <w:proofErr w:type="gramEnd"/>
            <w:r>
              <w:t xml:space="preserve"> actively to students</w:t>
            </w:r>
          </w:p>
        </w:tc>
        <w:tc>
          <w:tcPr>
            <w:tcW w:w="1170" w:type="dxa"/>
          </w:tcPr>
          <w:sdt>
            <w:sdtPr>
              <w:id w:val="-1895653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1FF85FB" w14:textId="14E81CBD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6028497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2C3C627" w14:textId="210F27D0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1754742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958316" w14:textId="0101F7A8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listening to students"/>
            <w:id w:val="-1037435782"/>
            <w:placeholder>
              <w:docPart w:val="03B73D0EF63B4271AC11D4731662BD5A"/>
            </w:placeholder>
            <w:showingPlcHdr/>
            <w:text/>
          </w:sdtPr>
          <w:sdtContent>
            <w:tc>
              <w:tcPr>
                <w:tcW w:w="5670" w:type="dxa"/>
              </w:tcPr>
              <w:p w14:paraId="21D2B053" w14:textId="666E31F4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52A80723" w14:textId="77777777" w:rsidTr="004C11EF">
        <w:tc>
          <w:tcPr>
            <w:tcW w:w="3595" w:type="dxa"/>
          </w:tcPr>
          <w:p w14:paraId="192275AC" w14:textId="5D352750" w:rsidR="007E36FE" w:rsidRDefault="00AE02AE" w:rsidP="00664469">
            <w:r>
              <w:t xml:space="preserve">Allows </w:t>
            </w:r>
            <w:r w:rsidR="00787BAB">
              <w:t xml:space="preserve">time </w:t>
            </w:r>
            <w:r w:rsidR="00B503CF">
              <w:t xml:space="preserve">for responses to questions </w:t>
            </w:r>
            <w:r w:rsidR="00A52CB9">
              <w:t>and seeks diverse responses</w:t>
            </w:r>
          </w:p>
        </w:tc>
        <w:tc>
          <w:tcPr>
            <w:tcW w:w="1170" w:type="dxa"/>
          </w:tcPr>
          <w:sdt>
            <w:sdtPr>
              <w:id w:val="-14200933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08FE55" w14:textId="224B741C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14331640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11DB39" w14:textId="6E7FEDA0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15447525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13D31B" w14:textId="496AA159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seeking responses from students"/>
            <w:id w:val="1313521643"/>
            <w:placeholder>
              <w:docPart w:val="F18B465E064542B7AB811D5B05E87893"/>
            </w:placeholder>
            <w:showingPlcHdr/>
            <w:text/>
          </w:sdtPr>
          <w:sdtContent>
            <w:tc>
              <w:tcPr>
                <w:tcW w:w="5670" w:type="dxa"/>
              </w:tcPr>
              <w:p w14:paraId="11966B88" w14:textId="6EAB0751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10A06117" w14:textId="77777777" w:rsidTr="004C11EF">
        <w:tc>
          <w:tcPr>
            <w:tcW w:w="3595" w:type="dxa"/>
          </w:tcPr>
          <w:p w14:paraId="1326B58A" w14:textId="77777777" w:rsidR="007E36FE" w:rsidRDefault="00A52CB9" w:rsidP="00664469">
            <w:r>
              <w:t>Demonstrates appropriate balance of teacher and student talk</w:t>
            </w:r>
          </w:p>
        </w:tc>
        <w:tc>
          <w:tcPr>
            <w:tcW w:w="1170" w:type="dxa"/>
          </w:tcPr>
          <w:sdt>
            <w:sdtPr>
              <w:id w:val="-2493472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F0F3138" w14:textId="37F0D6B3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-12158842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E01321" w14:textId="55DF502A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8973532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4A8E09" w14:textId="2FC6F6E9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balance of teacher and student talk"/>
            <w:id w:val="1900095916"/>
            <w:placeholder>
              <w:docPart w:val="60D9D7F1019C435FBD160760508B9081"/>
            </w:placeholder>
            <w:showingPlcHdr/>
            <w:text/>
          </w:sdtPr>
          <w:sdtContent>
            <w:tc>
              <w:tcPr>
                <w:tcW w:w="5670" w:type="dxa"/>
              </w:tcPr>
              <w:p w14:paraId="0E37E031" w14:textId="1304F9B3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73B9660D" w14:textId="77777777" w:rsidR="007E36FE" w:rsidRDefault="00A52CB9" w:rsidP="00664469">
      <w:pPr>
        <w:pStyle w:val="Heading2"/>
      </w:pPr>
      <w:r>
        <w:t>Relevant &amp; Engaging Dimension</w:t>
      </w:r>
    </w:p>
    <w:tbl>
      <w:tblPr>
        <w:tblW w:w="13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8"/>
        <w:gridCol w:w="1165"/>
        <w:gridCol w:w="1195"/>
        <w:gridCol w:w="1453"/>
        <w:gridCol w:w="5722"/>
      </w:tblGrid>
      <w:tr w:rsidR="007E36FE" w14:paraId="6103BD00" w14:textId="77777777" w:rsidTr="00D10453">
        <w:trPr>
          <w:trHeight w:val="537"/>
          <w:tblHeader/>
        </w:trPr>
        <w:tc>
          <w:tcPr>
            <w:tcW w:w="3628" w:type="dxa"/>
          </w:tcPr>
          <w:p w14:paraId="2A8CF17E" w14:textId="77777777" w:rsidR="007E36FE" w:rsidRDefault="00A52CB9" w:rsidP="00664469">
            <w:r>
              <w:t>Observation Item</w:t>
            </w:r>
          </w:p>
        </w:tc>
        <w:tc>
          <w:tcPr>
            <w:tcW w:w="1165" w:type="dxa"/>
          </w:tcPr>
          <w:p w14:paraId="7C19307B" w14:textId="77777777" w:rsidR="007E36FE" w:rsidRDefault="00A52CB9" w:rsidP="00664469">
            <w:r>
              <w:t>Discussed</w:t>
            </w:r>
          </w:p>
        </w:tc>
        <w:tc>
          <w:tcPr>
            <w:tcW w:w="1195" w:type="dxa"/>
          </w:tcPr>
          <w:p w14:paraId="6D65EA59" w14:textId="77777777" w:rsidR="007E36FE" w:rsidRDefault="00A52CB9" w:rsidP="00664469">
            <w:r>
              <w:t>Observed</w:t>
            </w:r>
          </w:p>
        </w:tc>
        <w:tc>
          <w:tcPr>
            <w:tcW w:w="1453" w:type="dxa"/>
          </w:tcPr>
          <w:p w14:paraId="79DC4859" w14:textId="77777777" w:rsidR="007E36FE" w:rsidRDefault="00A52CB9" w:rsidP="00664469">
            <w:r>
              <w:t>Not Relevant</w:t>
            </w:r>
          </w:p>
        </w:tc>
        <w:tc>
          <w:tcPr>
            <w:tcW w:w="5722" w:type="dxa"/>
          </w:tcPr>
          <w:p w14:paraId="12D06D74" w14:textId="77777777" w:rsidR="007E36FE" w:rsidRDefault="00A52CB9" w:rsidP="00664469">
            <w:r>
              <w:t>Comments</w:t>
            </w:r>
          </w:p>
        </w:tc>
      </w:tr>
      <w:tr w:rsidR="007E36FE" w14:paraId="12B59356" w14:textId="77777777" w:rsidTr="00D10453">
        <w:trPr>
          <w:trHeight w:val="856"/>
        </w:trPr>
        <w:tc>
          <w:tcPr>
            <w:tcW w:w="3628" w:type="dxa"/>
          </w:tcPr>
          <w:p w14:paraId="67769C3D" w14:textId="77777777" w:rsidR="007E36FE" w:rsidRDefault="00A52CB9" w:rsidP="00664469">
            <w:proofErr w:type="gramStart"/>
            <w:r>
              <w:t>Explains</w:t>
            </w:r>
            <w:proofErr w:type="gramEnd"/>
            <w:r>
              <w:t xml:space="preserve"> discipline-specific terms clearly</w:t>
            </w:r>
          </w:p>
        </w:tc>
        <w:tc>
          <w:tcPr>
            <w:tcW w:w="1165" w:type="dxa"/>
          </w:tcPr>
          <w:sdt>
            <w:sdtPr>
              <w:id w:val="-5205493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C54B7EF" w14:textId="440C0056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95" w:type="dxa"/>
          </w:tcPr>
          <w:sdt>
            <w:sdtPr>
              <w:id w:val="-19485385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213B9D" w14:textId="5FF7CAEB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3" w:type="dxa"/>
          </w:tcPr>
          <w:sdt>
            <w:sdtPr>
              <w:id w:val="9956801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F8F68A" w14:textId="72AEA8C5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explaining terms"/>
            <w:id w:val="1966457713"/>
            <w:placeholder>
              <w:docPart w:val="C3E36DE9218E485DBA504B5E574AE3EC"/>
            </w:placeholder>
            <w:showingPlcHdr/>
            <w:text/>
          </w:sdtPr>
          <w:sdtContent>
            <w:tc>
              <w:tcPr>
                <w:tcW w:w="5722" w:type="dxa"/>
              </w:tcPr>
              <w:p w14:paraId="7C16D350" w14:textId="012508B1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3C6FF2E3" w14:textId="77777777" w:rsidTr="00D10453">
        <w:trPr>
          <w:trHeight w:val="1183"/>
        </w:trPr>
        <w:tc>
          <w:tcPr>
            <w:tcW w:w="3628" w:type="dxa"/>
          </w:tcPr>
          <w:p w14:paraId="5AE1F3AD" w14:textId="77777777" w:rsidR="007E36FE" w:rsidRDefault="00A52CB9" w:rsidP="00664469">
            <w:r>
              <w:lastRenderedPageBreak/>
              <w:t>Answers questions confidently and admits uncertainty when appropriate</w:t>
            </w:r>
          </w:p>
        </w:tc>
        <w:tc>
          <w:tcPr>
            <w:tcW w:w="1165" w:type="dxa"/>
          </w:tcPr>
          <w:sdt>
            <w:sdtPr>
              <w:id w:val="1781612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4E1ED9" w14:textId="3DF8230F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95" w:type="dxa"/>
          </w:tcPr>
          <w:sdt>
            <w:sdtPr>
              <w:id w:val="12236452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022CFF" w14:textId="2EE77544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3" w:type="dxa"/>
          </w:tcPr>
          <w:sdt>
            <w:sdtPr>
              <w:id w:val="-14707382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84F506" w14:textId="55FDC334" w:rsidR="007E36FE" w:rsidRDefault="007F07F4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confidence and admiting uncertainty"/>
            <w:id w:val="1831633280"/>
            <w:placeholder>
              <w:docPart w:val="4413443B289B45D7B0D9F93255730829"/>
            </w:placeholder>
            <w:showingPlcHdr/>
            <w:text/>
          </w:sdtPr>
          <w:sdtContent>
            <w:tc>
              <w:tcPr>
                <w:tcW w:w="5722" w:type="dxa"/>
              </w:tcPr>
              <w:p w14:paraId="1AB8BE79" w14:textId="16542A76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6613A1EE" w14:textId="77777777" w:rsidTr="00D10453">
        <w:trPr>
          <w:trHeight w:val="864"/>
        </w:trPr>
        <w:tc>
          <w:tcPr>
            <w:tcW w:w="3628" w:type="dxa"/>
          </w:tcPr>
          <w:p w14:paraId="2DC5BA85" w14:textId="77777777" w:rsidR="007E36FE" w:rsidRDefault="00A52CB9" w:rsidP="00664469">
            <w:r>
              <w:t>Demonstrates awareness of different perspectives</w:t>
            </w:r>
          </w:p>
        </w:tc>
        <w:tc>
          <w:tcPr>
            <w:tcW w:w="1165" w:type="dxa"/>
          </w:tcPr>
          <w:sdt>
            <w:sdtPr>
              <w:id w:val="-12483424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59141CF" w14:textId="27D88EBC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95" w:type="dxa"/>
          </w:tcPr>
          <w:sdt>
            <w:sdtPr>
              <w:id w:val="7573296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964C3D" w14:textId="16D295E1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3" w:type="dxa"/>
          </w:tcPr>
          <w:sdt>
            <w:sdtPr>
              <w:id w:val="12390597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0F76FD1" w14:textId="2BB39E55" w:rsidR="007E36FE" w:rsidRDefault="00445A40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awareness of perspectives"/>
            <w:id w:val="-1384719342"/>
            <w:placeholder>
              <w:docPart w:val="AA53AFF6E3B14CB7AF665D1CD350081B"/>
            </w:placeholder>
            <w:showingPlcHdr/>
            <w:text/>
          </w:sdtPr>
          <w:sdtContent>
            <w:tc>
              <w:tcPr>
                <w:tcW w:w="5722" w:type="dxa"/>
              </w:tcPr>
              <w:p w14:paraId="4F896C7C" w14:textId="75C07553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0EB0284A" w14:textId="77777777" w:rsidTr="00D10453">
        <w:trPr>
          <w:trHeight w:val="570"/>
        </w:trPr>
        <w:tc>
          <w:tcPr>
            <w:tcW w:w="3628" w:type="dxa"/>
          </w:tcPr>
          <w:p w14:paraId="1A38178E" w14:textId="77777777" w:rsidR="007E36FE" w:rsidRDefault="00A52CB9" w:rsidP="00664469">
            <w:r>
              <w:t>Links new content to prior learning</w:t>
            </w:r>
          </w:p>
        </w:tc>
        <w:tc>
          <w:tcPr>
            <w:tcW w:w="1165" w:type="dxa"/>
          </w:tcPr>
          <w:sdt>
            <w:sdtPr>
              <w:id w:val="450138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4EC723B" w14:textId="65A5803F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95" w:type="dxa"/>
          </w:tcPr>
          <w:sdt>
            <w:sdtPr>
              <w:id w:val="-576898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E744DC" w14:textId="1C747915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3" w:type="dxa"/>
          </w:tcPr>
          <w:sdt>
            <w:sdtPr>
              <w:id w:val="732423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49767A" w14:textId="25205D04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connecting lesson to prior learning"/>
            <w:id w:val="-1496483408"/>
            <w:placeholder>
              <w:docPart w:val="DEA20DF22D5D4D6F8160C9AEFAD180EF"/>
            </w:placeholder>
            <w:showingPlcHdr/>
            <w:text/>
          </w:sdtPr>
          <w:sdtContent>
            <w:tc>
              <w:tcPr>
                <w:tcW w:w="5722" w:type="dxa"/>
              </w:tcPr>
              <w:p w14:paraId="4952F5E5" w14:textId="20E021AC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74E84D4D" w14:textId="77777777" w:rsidTr="00D10453">
        <w:trPr>
          <w:trHeight w:val="570"/>
        </w:trPr>
        <w:tc>
          <w:tcPr>
            <w:tcW w:w="3628" w:type="dxa"/>
          </w:tcPr>
          <w:p w14:paraId="1706470C" w14:textId="77777777" w:rsidR="007E36FE" w:rsidRDefault="00A52CB9" w:rsidP="00664469">
            <w:r>
              <w:t>Promotes higher-order thinking</w:t>
            </w:r>
          </w:p>
        </w:tc>
        <w:tc>
          <w:tcPr>
            <w:tcW w:w="1165" w:type="dxa"/>
          </w:tcPr>
          <w:sdt>
            <w:sdtPr>
              <w:id w:val="-486859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E0589F" w14:textId="3DAA901E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95" w:type="dxa"/>
          </w:tcPr>
          <w:sdt>
            <w:sdtPr>
              <w:id w:val="-19651892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B4AD9E" w14:textId="5799A2AA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3" w:type="dxa"/>
          </w:tcPr>
          <w:sdt>
            <w:sdtPr>
              <w:id w:val="-2242283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7568C7" w14:textId="02F54100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promoting higher-order thinking"/>
            <w:id w:val="1797250652"/>
            <w:placeholder>
              <w:docPart w:val="F49B8CCE26864B32BE1821D7389E0127"/>
            </w:placeholder>
            <w:showingPlcHdr/>
            <w:text/>
          </w:sdtPr>
          <w:sdtContent>
            <w:tc>
              <w:tcPr>
                <w:tcW w:w="5722" w:type="dxa"/>
              </w:tcPr>
              <w:p w14:paraId="28418717" w14:textId="26D435EA" w:rsidR="007E36FE" w:rsidRDefault="004C11EF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18E4C67B" w14:textId="77777777" w:rsidTr="00D10453">
        <w:trPr>
          <w:trHeight w:val="856"/>
        </w:trPr>
        <w:tc>
          <w:tcPr>
            <w:tcW w:w="3628" w:type="dxa"/>
          </w:tcPr>
          <w:p w14:paraId="0EEA7BE9" w14:textId="77777777" w:rsidR="007E36FE" w:rsidRDefault="00A52CB9" w:rsidP="00664469">
            <w:r>
              <w:t>Designs and monitors active learning exercises</w:t>
            </w:r>
          </w:p>
        </w:tc>
        <w:tc>
          <w:tcPr>
            <w:tcW w:w="1165" w:type="dxa"/>
          </w:tcPr>
          <w:sdt>
            <w:sdtPr>
              <w:id w:val="4023437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A053B7" w14:textId="0CD4028A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95" w:type="dxa"/>
          </w:tcPr>
          <w:sdt>
            <w:sdtPr>
              <w:id w:val="-10072778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5B8648E" w14:textId="03084F0D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3" w:type="dxa"/>
          </w:tcPr>
          <w:sdt>
            <w:sdtPr>
              <w:id w:val="4686337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F66398" w14:textId="24737BAC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designing and monitoring active learning"/>
            <w:id w:val="-1688670319"/>
            <w:placeholder>
              <w:docPart w:val="B3288BA74B184286BC542218EDB55383"/>
            </w:placeholder>
            <w:showingPlcHdr/>
            <w:text/>
          </w:sdtPr>
          <w:sdtContent>
            <w:tc>
              <w:tcPr>
                <w:tcW w:w="5722" w:type="dxa"/>
              </w:tcPr>
              <w:p w14:paraId="6057870C" w14:textId="6CD5AB92" w:rsidR="007E36FE" w:rsidRDefault="005A259E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28A5F218" w14:textId="77777777" w:rsidTr="00D10453">
        <w:trPr>
          <w:trHeight w:val="864"/>
        </w:trPr>
        <w:tc>
          <w:tcPr>
            <w:tcW w:w="3628" w:type="dxa"/>
          </w:tcPr>
          <w:p w14:paraId="1B9F1E79" w14:textId="77777777" w:rsidR="007E36FE" w:rsidRDefault="00A52CB9" w:rsidP="00664469">
            <w:r>
              <w:t>Uses questions effectively and with variety</w:t>
            </w:r>
          </w:p>
        </w:tc>
        <w:tc>
          <w:tcPr>
            <w:tcW w:w="1165" w:type="dxa"/>
          </w:tcPr>
          <w:sdt>
            <w:sdtPr>
              <w:id w:val="-834066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260CDDE" w14:textId="311C5326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95" w:type="dxa"/>
          </w:tcPr>
          <w:sdt>
            <w:sdtPr>
              <w:id w:val="-7990622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C6832F" w14:textId="3CA626C1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3" w:type="dxa"/>
          </w:tcPr>
          <w:sdt>
            <w:sdtPr>
              <w:id w:val="17244108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8A36B21" w14:textId="7BDA6A0B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using questions effectively"/>
            <w:id w:val="124670559"/>
            <w:placeholder>
              <w:docPart w:val="BAC26603897C421BA7E7E93EF378B146"/>
            </w:placeholder>
            <w:showingPlcHdr/>
            <w:text/>
          </w:sdtPr>
          <w:sdtContent>
            <w:tc>
              <w:tcPr>
                <w:tcW w:w="5722" w:type="dxa"/>
              </w:tcPr>
              <w:p w14:paraId="1051AEA7" w14:textId="1B86C1C8" w:rsidR="007E36FE" w:rsidRDefault="005A259E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1E8F5926" w14:textId="77777777" w:rsidTr="00D10453">
        <w:trPr>
          <w:trHeight w:val="856"/>
        </w:trPr>
        <w:tc>
          <w:tcPr>
            <w:tcW w:w="3628" w:type="dxa"/>
          </w:tcPr>
          <w:p w14:paraId="014549C1" w14:textId="77777777" w:rsidR="007E36FE" w:rsidRDefault="00A52CB9" w:rsidP="00664469">
            <w:r>
              <w:t>Responds constructively to student questions</w:t>
            </w:r>
          </w:p>
        </w:tc>
        <w:tc>
          <w:tcPr>
            <w:tcW w:w="1165" w:type="dxa"/>
          </w:tcPr>
          <w:sdt>
            <w:sdtPr>
              <w:id w:val="5189731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2B2C15" w14:textId="6199C96F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95" w:type="dxa"/>
          </w:tcPr>
          <w:sdt>
            <w:sdtPr>
              <w:id w:val="15822565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46F999" w14:textId="639991C5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3" w:type="dxa"/>
          </w:tcPr>
          <w:sdt>
            <w:sdtPr>
              <w:id w:val="-624007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E22AF6" w14:textId="6A91E781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responding constructively"/>
            <w:id w:val="452603128"/>
            <w:placeholder>
              <w:docPart w:val="8C9E969856B945B0B755711C04E5C7E7"/>
            </w:placeholder>
            <w:showingPlcHdr/>
            <w:text/>
          </w:sdtPr>
          <w:sdtContent>
            <w:tc>
              <w:tcPr>
                <w:tcW w:w="5722" w:type="dxa"/>
              </w:tcPr>
              <w:p w14:paraId="55970B0A" w14:textId="6BFD84EC" w:rsidR="007E36FE" w:rsidRDefault="005A259E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5CE55DDB" w14:textId="77777777" w:rsidTr="00D10453">
        <w:trPr>
          <w:trHeight w:val="570"/>
        </w:trPr>
        <w:tc>
          <w:tcPr>
            <w:tcW w:w="3628" w:type="dxa"/>
          </w:tcPr>
          <w:p w14:paraId="7C5BCA76" w14:textId="77777777" w:rsidR="007E36FE" w:rsidRDefault="00A52CB9" w:rsidP="00664469">
            <w:r>
              <w:t>Uses eye contact effectively</w:t>
            </w:r>
          </w:p>
        </w:tc>
        <w:tc>
          <w:tcPr>
            <w:tcW w:w="1165" w:type="dxa"/>
          </w:tcPr>
          <w:sdt>
            <w:sdtPr>
              <w:id w:val="5266860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7311E4" w14:textId="7291A953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95" w:type="dxa"/>
          </w:tcPr>
          <w:sdt>
            <w:sdtPr>
              <w:id w:val="-235015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1824FF1" w14:textId="2D701419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3" w:type="dxa"/>
          </w:tcPr>
          <w:sdt>
            <w:sdtPr>
              <w:id w:val="389996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F418A8C" w14:textId="504C8EBF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eye contact"/>
            <w:id w:val="1409961974"/>
            <w:placeholder>
              <w:docPart w:val="09285F4C205943F3842C3CD34D2B610A"/>
            </w:placeholder>
            <w:showingPlcHdr/>
            <w:text/>
          </w:sdtPr>
          <w:sdtContent>
            <w:tc>
              <w:tcPr>
                <w:tcW w:w="5722" w:type="dxa"/>
              </w:tcPr>
              <w:p w14:paraId="306CE6F7" w14:textId="017EC477" w:rsidR="007E36FE" w:rsidRDefault="005A259E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52EC3721" w14:textId="77777777" w:rsidTr="00D10453">
        <w:trPr>
          <w:trHeight w:val="570"/>
        </w:trPr>
        <w:tc>
          <w:tcPr>
            <w:tcW w:w="3628" w:type="dxa"/>
          </w:tcPr>
          <w:p w14:paraId="664E8960" w14:textId="77777777" w:rsidR="007E36FE" w:rsidRDefault="00A52CB9" w:rsidP="00664469">
            <w:r>
              <w:t>Demonstrates confidence</w:t>
            </w:r>
          </w:p>
        </w:tc>
        <w:tc>
          <w:tcPr>
            <w:tcW w:w="1165" w:type="dxa"/>
          </w:tcPr>
          <w:sdt>
            <w:sdtPr>
              <w:id w:val="-15228458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F91A83" w14:textId="148328E7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95" w:type="dxa"/>
          </w:tcPr>
          <w:sdt>
            <w:sdtPr>
              <w:id w:val="-340432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7B1059" w14:textId="4CF4D7CC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3" w:type="dxa"/>
          </w:tcPr>
          <w:sdt>
            <w:sdtPr>
              <w:id w:val="-1934622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42EEA70" w14:textId="6043CB54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confidence"/>
            <w:id w:val="-1132628117"/>
            <w:placeholder>
              <w:docPart w:val="D9045678660F4C29BA497B43FAC149B8"/>
            </w:placeholder>
            <w:showingPlcHdr/>
            <w:text/>
          </w:sdtPr>
          <w:sdtContent>
            <w:tc>
              <w:tcPr>
                <w:tcW w:w="5722" w:type="dxa"/>
              </w:tcPr>
              <w:p w14:paraId="46E4CF29" w14:textId="7B788E52" w:rsidR="007E36FE" w:rsidRDefault="005A259E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7E36FE" w14:paraId="71CEAEDF" w14:textId="77777777" w:rsidTr="00D10453">
        <w:trPr>
          <w:trHeight w:val="570"/>
        </w:trPr>
        <w:tc>
          <w:tcPr>
            <w:tcW w:w="3628" w:type="dxa"/>
          </w:tcPr>
          <w:p w14:paraId="4B0BC1A8" w14:textId="77777777" w:rsidR="007E36FE" w:rsidRDefault="00A52CB9" w:rsidP="00664469">
            <w:r>
              <w:t>Shows enthusiasm for content</w:t>
            </w:r>
          </w:p>
        </w:tc>
        <w:tc>
          <w:tcPr>
            <w:tcW w:w="1165" w:type="dxa"/>
          </w:tcPr>
          <w:sdt>
            <w:sdtPr>
              <w:id w:val="6470213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D112D9D" w14:textId="3694696B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95" w:type="dxa"/>
          </w:tcPr>
          <w:sdt>
            <w:sdtPr>
              <w:id w:val="1649708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0FA2DF" w14:textId="6104B292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3" w:type="dxa"/>
          </w:tcPr>
          <w:sdt>
            <w:sdtPr>
              <w:id w:val="8109878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E81FBF" w14:textId="3CF23538" w:rsidR="007E36FE" w:rsidRDefault="009977C8" w:rsidP="0066446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tag w:val="Comments on enthusiasm"/>
            <w:id w:val="-733309801"/>
            <w:placeholder>
              <w:docPart w:val="D5A1233C7BB342D3A96391C8789DA8F3"/>
            </w:placeholder>
            <w:showingPlcHdr/>
            <w:text/>
          </w:sdtPr>
          <w:sdtContent>
            <w:tc>
              <w:tcPr>
                <w:tcW w:w="5722" w:type="dxa"/>
              </w:tcPr>
              <w:p w14:paraId="7D16E150" w14:textId="14C48804" w:rsidR="007E36FE" w:rsidRDefault="005A259E" w:rsidP="00664469">
                <w:r w:rsidRPr="004C11EF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2117A81C" w14:textId="77777777" w:rsidR="007E36FE" w:rsidRDefault="00A52CB9" w:rsidP="00664469">
      <w:pPr>
        <w:pStyle w:val="Heading2"/>
      </w:pPr>
      <w:r>
        <w:lastRenderedPageBreak/>
        <w:t>Overall Feedback</w:t>
      </w:r>
    </w:p>
    <w:p w14:paraId="4E706A2E" w14:textId="680A17BF" w:rsidR="00664469" w:rsidRDefault="00A52CB9" w:rsidP="00664469">
      <w:r w:rsidRPr="00B84409">
        <w:rPr>
          <w:b/>
          <w:bCs/>
        </w:rPr>
        <w:t>Comments / Overall Impressions</w:t>
      </w:r>
      <w:r w:rsidR="00EA117B">
        <w:rPr>
          <w:b/>
          <w:bCs/>
        </w:rPr>
        <w:t>:</w:t>
      </w:r>
      <w:r w:rsidR="00664469">
        <w:t xml:space="preserve"> (Use the space below to describe your overall impressions/comments.)</w:t>
      </w:r>
    </w:p>
    <w:p w14:paraId="63E8CF45" w14:textId="1D1CE556" w:rsidR="003962D7" w:rsidRDefault="00000000" w:rsidP="00664469">
      <w:sdt>
        <w:sdtPr>
          <w:tag w:val="General comments or overall impressions"/>
          <w:id w:val="1269434401"/>
          <w:placeholder>
            <w:docPart w:val="7AF45FC161F64DB18738FA9FEBE947D9"/>
          </w:placeholder>
          <w:showingPlcHdr/>
        </w:sdtPr>
        <w:sdtContent>
          <w:r w:rsidR="005A259E" w:rsidRPr="004C11EF">
            <w:rPr>
              <w:rStyle w:val="PlaceholderText"/>
              <w:vanish/>
            </w:rPr>
            <w:t>Click or tap here to enter text.</w:t>
          </w:r>
        </w:sdtContent>
      </w:sdt>
    </w:p>
    <w:p w14:paraId="60EB9E53" w14:textId="154E2809" w:rsidR="003962D7" w:rsidRDefault="00A52CB9" w:rsidP="00664469">
      <w:r w:rsidRPr="00B84409">
        <w:rPr>
          <w:b/>
          <w:bCs/>
        </w:rPr>
        <w:t>Strengths</w:t>
      </w:r>
      <w:r w:rsidR="00EA117B">
        <w:rPr>
          <w:b/>
          <w:bCs/>
        </w:rPr>
        <w:t>:</w:t>
      </w:r>
      <w:r w:rsidR="00664469">
        <w:t xml:space="preserve"> </w:t>
      </w:r>
      <w:r w:rsidR="00664469" w:rsidRPr="00664469">
        <w:t>(Use the space below to describe observed strengths.)</w:t>
      </w:r>
      <w:r>
        <w:br/>
      </w:r>
      <w:r>
        <w:br/>
      </w:r>
      <w:sdt>
        <w:sdtPr>
          <w:tag w:val="Comments on observed strengths overall"/>
          <w:id w:val="-614144702"/>
          <w:placeholder>
            <w:docPart w:val="FEADB1C3DADE49BAB697012B1947DCD3"/>
          </w:placeholder>
          <w:showingPlcHdr/>
        </w:sdtPr>
        <w:sdtContent>
          <w:r w:rsidR="00B84E26" w:rsidRPr="004C11EF">
            <w:rPr>
              <w:rStyle w:val="PlaceholderText"/>
              <w:vanish/>
            </w:rPr>
            <w:t>Click or tap here to enter text.</w:t>
          </w:r>
        </w:sdtContent>
      </w:sdt>
    </w:p>
    <w:p w14:paraId="039E9639" w14:textId="50814CB8" w:rsidR="007E36FE" w:rsidRDefault="00A52CB9" w:rsidP="00664469">
      <w:r w:rsidRPr="00B84409">
        <w:rPr>
          <w:b/>
          <w:bCs/>
        </w:rPr>
        <w:t>Areas for Growth or Follow-Up</w:t>
      </w:r>
      <w:r w:rsidR="00EA117B">
        <w:rPr>
          <w:b/>
          <w:bCs/>
        </w:rPr>
        <w:t>:</w:t>
      </w:r>
      <w:r w:rsidR="00664469">
        <w:t xml:space="preserve"> </w:t>
      </w:r>
      <w:r w:rsidR="00664469" w:rsidRPr="00664469">
        <w:t>(Use the space below to describ</w:t>
      </w:r>
      <w:r w:rsidR="00664469">
        <w:t>e areas for growth or follow-up with the teaching assistant.)</w:t>
      </w:r>
      <w:r>
        <w:br/>
      </w:r>
      <w:r>
        <w:br/>
      </w:r>
      <w:sdt>
        <w:sdtPr>
          <w:tag w:val="Comments on areas for growth or for follow-up meetings"/>
          <w:id w:val="263586866"/>
          <w:placeholder>
            <w:docPart w:val="6638CA2CBEEB4E999362F1E79EBDFCDC"/>
          </w:placeholder>
          <w:showingPlcHdr/>
        </w:sdtPr>
        <w:sdtContent>
          <w:r w:rsidR="005A259E" w:rsidRPr="004C11EF">
            <w:rPr>
              <w:rStyle w:val="PlaceholderText"/>
              <w:vanish/>
            </w:rPr>
            <w:t>Click or tap here to enter text.</w:t>
          </w:r>
        </w:sdtContent>
      </w:sdt>
      <w:r>
        <w:br/>
      </w:r>
    </w:p>
    <w:p w14:paraId="43990E07" w14:textId="7F20E816" w:rsidR="00664469" w:rsidRDefault="006004E7">
      <w:r>
        <w:t xml:space="preserve">Accessibility Note: </w:t>
      </w:r>
      <w:r w:rsidRPr="006004E7">
        <w:t>This document is print</w:t>
      </w:r>
      <w:r w:rsidR="00E44972">
        <w:t>able</w:t>
      </w:r>
      <w:r w:rsidR="00A428D2">
        <w:t xml:space="preserve">, fillable, </w:t>
      </w:r>
      <w:r w:rsidRPr="006004E7">
        <w:t xml:space="preserve">and accessible </w:t>
      </w:r>
      <w:r w:rsidR="00A428D2">
        <w:t>by screen-readers</w:t>
      </w:r>
      <w:r w:rsidRPr="006004E7">
        <w:t xml:space="preserve">. </w:t>
      </w:r>
    </w:p>
    <w:sectPr w:rsidR="00664469" w:rsidSect="001D6455">
      <w:footerReference w:type="default" r:id="rId11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69E7E" w14:textId="77777777" w:rsidR="001C43E9" w:rsidRDefault="001C43E9" w:rsidP="00D8629B">
      <w:pPr>
        <w:spacing w:after="0" w:line="240" w:lineRule="auto"/>
      </w:pPr>
      <w:r>
        <w:separator/>
      </w:r>
    </w:p>
  </w:endnote>
  <w:endnote w:type="continuationSeparator" w:id="0">
    <w:p w14:paraId="1599D03A" w14:textId="77777777" w:rsidR="001C43E9" w:rsidRDefault="001C43E9" w:rsidP="00D8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27950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84B16E" w14:textId="51F29AE1" w:rsidR="00B84409" w:rsidRDefault="00B8440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B051D6F" w14:textId="77777777" w:rsidR="00D8629B" w:rsidRDefault="00D862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8A567" w14:textId="77777777" w:rsidR="001C43E9" w:rsidRDefault="001C43E9" w:rsidP="00D8629B">
      <w:pPr>
        <w:spacing w:after="0" w:line="240" w:lineRule="auto"/>
      </w:pPr>
      <w:r>
        <w:separator/>
      </w:r>
    </w:p>
  </w:footnote>
  <w:footnote w:type="continuationSeparator" w:id="0">
    <w:p w14:paraId="53746FAB" w14:textId="77777777" w:rsidR="001C43E9" w:rsidRDefault="001C43E9" w:rsidP="00D86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34641">
    <w:abstractNumId w:val="8"/>
  </w:num>
  <w:num w:numId="2" w16cid:durableId="556403530">
    <w:abstractNumId w:val="6"/>
  </w:num>
  <w:num w:numId="3" w16cid:durableId="298608757">
    <w:abstractNumId w:val="5"/>
  </w:num>
  <w:num w:numId="4" w16cid:durableId="2110349152">
    <w:abstractNumId w:val="4"/>
  </w:num>
  <w:num w:numId="5" w16cid:durableId="1294363658">
    <w:abstractNumId w:val="7"/>
  </w:num>
  <w:num w:numId="6" w16cid:durableId="1087968440">
    <w:abstractNumId w:val="3"/>
  </w:num>
  <w:num w:numId="7" w16cid:durableId="476722933">
    <w:abstractNumId w:val="2"/>
  </w:num>
  <w:num w:numId="8" w16cid:durableId="699279926">
    <w:abstractNumId w:val="1"/>
  </w:num>
  <w:num w:numId="9" w16cid:durableId="210549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BE0"/>
    <w:rsid w:val="00027CB8"/>
    <w:rsid w:val="00034616"/>
    <w:rsid w:val="0006063C"/>
    <w:rsid w:val="00065540"/>
    <w:rsid w:val="000904D2"/>
    <w:rsid w:val="000974DD"/>
    <w:rsid w:val="000F40A9"/>
    <w:rsid w:val="0010699E"/>
    <w:rsid w:val="0015074B"/>
    <w:rsid w:val="00162246"/>
    <w:rsid w:val="001820BD"/>
    <w:rsid w:val="001C43E9"/>
    <w:rsid w:val="001C62B3"/>
    <w:rsid w:val="001D6455"/>
    <w:rsid w:val="001F5A08"/>
    <w:rsid w:val="00215142"/>
    <w:rsid w:val="00271ACF"/>
    <w:rsid w:val="00276925"/>
    <w:rsid w:val="0029118A"/>
    <w:rsid w:val="0029432C"/>
    <w:rsid w:val="0029639D"/>
    <w:rsid w:val="00303EB9"/>
    <w:rsid w:val="00326F90"/>
    <w:rsid w:val="00355A2B"/>
    <w:rsid w:val="003608AA"/>
    <w:rsid w:val="00360AD3"/>
    <w:rsid w:val="003628C7"/>
    <w:rsid w:val="003671FA"/>
    <w:rsid w:val="00377FE8"/>
    <w:rsid w:val="003835A2"/>
    <w:rsid w:val="003853FF"/>
    <w:rsid w:val="003915E0"/>
    <w:rsid w:val="003962D7"/>
    <w:rsid w:val="003C055D"/>
    <w:rsid w:val="003C4E63"/>
    <w:rsid w:val="003D4467"/>
    <w:rsid w:val="00423EA2"/>
    <w:rsid w:val="004320B1"/>
    <w:rsid w:val="0044177B"/>
    <w:rsid w:val="00445A40"/>
    <w:rsid w:val="004704A3"/>
    <w:rsid w:val="00484129"/>
    <w:rsid w:val="004A43D6"/>
    <w:rsid w:val="004C11EF"/>
    <w:rsid w:val="004C15B7"/>
    <w:rsid w:val="004E29A6"/>
    <w:rsid w:val="0052346D"/>
    <w:rsid w:val="005A259E"/>
    <w:rsid w:val="005A5C1C"/>
    <w:rsid w:val="005E1713"/>
    <w:rsid w:val="006004E7"/>
    <w:rsid w:val="006338A3"/>
    <w:rsid w:val="00655EA3"/>
    <w:rsid w:val="00664469"/>
    <w:rsid w:val="00667764"/>
    <w:rsid w:val="0068005B"/>
    <w:rsid w:val="00681FD9"/>
    <w:rsid w:val="0069000F"/>
    <w:rsid w:val="006B1A32"/>
    <w:rsid w:val="00717C83"/>
    <w:rsid w:val="0073413A"/>
    <w:rsid w:val="00752783"/>
    <w:rsid w:val="00773737"/>
    <w:rsid w:val="00774EA9"/>
    <w:rsid w:val="00787BAB"/>
    <w:rsid w:val="007D16EB"/>
    <w:rsid w:val="007E22D1"/>
    <w:rsid w:val="007E36FE"/>
    <w:rsid w:val="007F07F4"/>
    <w:rsid w:val="007F1D31"/>
    <w:rsid w:val="00802E22"/>
    <w:rsid w:val="0080761F"/>
    <w:rsid w:val="008145BE"/>
    <w:rsid w:val="0082706B"/>
    <w:rsid w:val="00830EF1"/>
    <w:rsid w:val="00835150"/>
    <w:rsid w:val="00837031"/>
    <w:rsid w:val="00856FB0"/>
    <w:rsid w:val="008600C0"/>
    <w:rsid w:val="008A4679"/>
    <w:rsid w:val="008E6670"/>
    <w:rsid w:val="00920001"/>
    <w:rsid w:val="00950F07"/>
    <w:rsid w:val="00953CB5"/>
    <w:rsid w:val="00983136"/>
    <w:rsid w:val="00983D1F"/>
    <w:rsid w:val="0099276E"/>
    <w:rsid w:val="009977C8"/>
    <w:rsid w:val="009A35CF"/>
    <w:rsid w:val="009E1983"/>
    <w:rsid w:val="00A428D2"/>
    <w:rsid w:val="00A52CB9"/>
    <w:rsid w:val="00A71ABC"/>
    <w:rsid w:val="00AA1D8D"/>
    <w:rsid w:val="00AD20E3"/>
    <w:rsid w:val="00AE02AE"/>
    <w:rsid w:val="00B02C46"/>
    <w:rsid w:val="00B142AE"/>
    <w:rsid w:val="00B45E81"/>
    <w:rsid w:val="00B47730"/>
    <w:rsid w:val="00B503CF"/>
    <w:rsid w:val="00B84409"/>
    <w:rsid w:val="00B84E26"/>
    <w:rsid w:val="00BC6DAC"/>
    <w:rsid w:val="00BD4809"/>
    <w:rsid w:val="00C22ADC"/>
    <w:rsid w:val="00C648F0"/>
    <w:rsid w:val="00C73C76"/>
    <w:rsid w:val="00C77D4D"/>
    <w:rsid w:val="00CB0664"/>
    <w:rsid w:val="00CD2A5A"/>
    <w:rsid w:val="00CE66E9"/>
    <w:rsid w:val="00D04EEF"/>
    <w:rsid w:val="00D10453"/>
    <w:rsid w:val="00D10C77"/>
    <w:rsid w:val="00D64189"/>
    <w:rsid w:val="00D76A95"/>
    <w:rsid w:val="00D8629B"/>
    <w:rsid w:val="00DA2857"/>
    <w:rsid w:val="00DB0595"/>
    <w:rsid w:val="00DF4239"/>
    <w:rsid w:val="00E44972"/>
    <w:rsid w:val="00E50288"/>
    <w:rsid w:val="00E6327C"/>
    <w:rsid w:val="00EA117B"/>
    <w:rsid w:val="00EF3937"/>
    <w:rsid w:val="00F4690A"/>
    <w:rsid w:val="00F67A39"/>
    <w:rsid w:val="00FC693F"/>
    <w:rsid w:val="00FE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DA24F2"/>
  <w14:defaultImageDpi w14:val="300"/>
  <w15:docId w15:val="{F68BB5CD-08C8-46B2-8821-E0B3AD74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664469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7F1D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D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69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045678660F4C29BA497B43FAC14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BC60F-5523-402A-BC95-6A5A0594A100}"/>
      </w:docPartPr>
      <w:docPartBody>
        <w:p w:rsidR="00DB3482" w:rsidRDefault="00B2690C" w:rsidP="00B2690C">
          <w:pPr>
            <w:pStyle w:val="D9045678660F4C29BA497B43FAC149B8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9BEB01A7B884A93B01072ACC1102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6C5E5-746C-4443-B571-85A34C9C5D6E}"/>
      </w:docPartPr>
      <w:docPartBody>
        <w:p w:rsidR="00850F3B" w:rsidRDefault="00B2690C" w:rsidP="00B2690C">
          <w:pPr>
            <w:pStyle w:val="C9BEB01A7B884A93B01072ACC1102F702"/>
          </w:pPr>
          <w:r w:rsidRPr="008600C0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93068805EC04E49B2981644488B0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B5F8-E4E3-4F4C-938B-A7292972E594}"/>
      </w:docPartPr>
      <w:docPartBody>
        <w:p w:rsidR="00850F3B" w:rsidRDefault="00B2690C" w:rsidP="00B2690C">
          <w:pPr>
            <w:pStyle w:val="D93068805EC04E49B2981644488B06C82"/>
          </w:pPr>
          <w:r w:rsidRPr="00B45E81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8A75C57C00146DD9DEB8141BB792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B1A66-D94F-41E8-8403-054D4B50D4F1}"/>
      </w:docPartPr>
      <w:docPartBody>
        <w:p w:rsidR="00850F3B" w:rsidRDefault="00B2690C" w:rsidP="00B2690C">
          <w:pPr>
            <w:pStyle w:val="A8A75C57C00146DD9DEB8141BB792893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355AFAA33704722BE96D997A7AB9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CEB4C-FD70-424C-A9BF-6E63463FC35C}"/>
      </w:docPartPr>
      <w:docPartBody>
        <w:p w:rsidR="00850F3B" w:rsidRDefault="00B2690C" w:rsidP="00B2690C">
          <w:pPr>
            <w:pStyle w:val="C355AFAA33704722BE96D997A7AB9AF6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19A874BDB3484E438A5969BFB4879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65624-45C3-48B2-B833-56C56CF0A258}"/>
      </w:docPartPr>
      <w:docPartBody>
        <w:p w:rsidR="00850F3B" w:rsidRDefault="00B2690C" w:rsidP="00B2690C">
          <w:pPr>
            <w:pStyle w:val="19A874BDB3484E438A5969BFB48794AB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9C6FC22ACDE45899DFE67C1B7B69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E39BD-7BCD-4B4D-81EF-F42D0591B30C}"/>
      </w:docPartPr>
      <w:docPartBody>
        <w:p w:rsidR="00850F3B" w:rsidRDefault="00B2690C" w:rsidP="00B2690C">
          <w:pPr>
            <w:pStyle w:val="C9C6FC22ACDE45899DFE67C1B7B69418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62466BF456542018CFCA794BDFB4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1BB56-9656-4C05-A415-9434B2E1EC99}"/>
      </w:docPartPr>
      <w:docPartBody>
        <w:p w:rsidR="00850F3B" w:rsidRDefault="00B2690C" w:rsidP="00B2690C">
          <w:pPr>
            <w:pStyle w:val="B62466BF456542018CFCA794BDFB4015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F36233D65F3474AA0209F2D10595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E0677-D55D-4596-A6B3-21520CAEA962}"/>
      </w:docPartPr>
      <w:docPartBody>
        <w:p w:rsidR="00850F3B" w:rsidRDefault="00B2690C" w:rsidP="00B2690C">
          <w:pPr>
            <w:pStyle w:val="CF36233D65F3474AA0209F2D105951E5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06A6F41D4304BBFB1707D2ECCF18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93539-2546-4597-BEC5-22999741FB9C}"/>
      </w:docPartPr>
      <w:docPartBody>
        <w:p w:rsidR="00850F3B" w:rsidRDefault="00B2690C" w:rsidP="00B2690C">
          <w:pPr>
            <w:pStyle w:val="506A6F41D4304BBFB1707D2ECCF18067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9B4770B40B848E8ABC3DA821EAEB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D82E9-B4DD-4B64-B638-AE030EB8BEC5}"/>
      </w:docPartPr>
      <w:docPartBody>
        <w:p w:rsidR="00850F3B" w:rsidRDefault="00B2690C" w:rsidP="00B2690C">
          <w:pPr>
            <w:pStyle w:val="49B4770B40B848E8ABC3DA821EAEB66C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74703244635497CB299E46AAC76E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4E172-62D0-4015-B823-2BFC44D1B040}"/>
      </w:docPartPr>
      <w:docPartBody>
        <w:p w:rsidR="00850F3B" w:rsidRDefault="00B2690C" w:rsidP="00B2690C">
          <w:pPr>
            <w:pStyle w:val="074703244635497CB299E46AAC76E121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63976A3F4A94CD181D74D6014283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02CC-9703-465D-B0FE-A01A74DFAF1C}"/>
      </w:docPartPr>
      <w:docPartBody>
        <w:p w:rsidR="00850F3B" w:rsidRDefault="00B2690C" w:rsidP="00B2690C">
          <w:pPr>
            <w:pStyle w:val="663976A3F4A94CD181D74D60142832D8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09D41A0D5BE4B29B2030C5230E87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39E8A-549B-4F21-A6C7-350772225E94}"/>
      </w:docPartPr>
      <w:docPartBody>
        <w:p w:rsidR="00850F3B" w:rsidRDefault="00B2690C" w:rsidP="00B2690C">
          <w:pPr>
            <w:pStyle w:val="509D41A0D5BE4B29B2030C5230E87544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19DF4EF12754E4CB8B93DD5BE698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A23FE-7013-4DCF-ACE9-2A61F912F7F8}"/>
      </w:docPartPr>
      <w:docPartBody>
        <w:p w:rsidR="00850F3B" w:rsidRDefault="00B2690C" w:rsidP="00B2690C">
          <w:pPr>
            <w:pStyle w:val="319DF4EF12754E4CB8B93DD5BE698B35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916D5F16E76425F962D30D552F6C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BDE8F-2305-4443-8C73-0BFA13D03EC3}"/>
      </w:docPartPr>
      <w:docPartBody>
        <w:p w:rsidR="00850F3B" w:rsidRDefault="00B2690C" w:rsidP="00B2690C">
          <w:pPr>
            <w:pStyle w:val="6916D5F16E76425F962D30D552F6CC1C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B831F8A46C3457197A1EC49E2DCB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62F98-94AB-4693-A01A-00CCB271B8AA}"/>
      </w:docPartPr>
      <w:docPartBody>
        <w:p w:rsidR="00850F3B" w:rsidRDefault="00B2690C" w:rsidP="00B2690C">
          <w:pPr>
            <w:pStyle w:val="BB831F8A46C3457197A1EC49E2DCB507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32B9030C1194A9590C405F9EAB51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0CD8B-CADC-46F8-8DDB-380633DBE3C9}"/>
      </w:docPartPr>
      <w:docPartBody>
        <w:p w:rsidR="00850F3B" w:rsidRDefault="00B2690C" w:rsidP="00B2690C">
          <w:pPr>
            <w:pStyle w:val="B32B9030C1194A9590C405F9EAB51768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9264772CB104E5BAE986F51287C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EAD1C-C08C-45E8-B326-58C83B4D2365}"/>
      </w:docPartPr>
      <w:docPartBody>
        <w:p w:rsidR="00850F3B" w:rsidRDefault="00B2690C" w:rsidP="00B2690C">
          <w:pPr>
            <w:pStyle w:val="E9264772CB104E5BAE986F51287C72EE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9CB8CD02569E427EB0EFC4B6CDA5B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E7EAB-E292-499A-A8E5-57FE024AC343}"/>
      </w:docPartPr>
      <w:docPartBody>
        <w:p w:rsidR="00850F3B" w:rsidRDefault="00B2690C" w:rsidP="00B2690C">
          <w:pPr>
            <w:pStyle w:val="9CB8CD02569E427EB0EFC4B6CDA5B6E7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AFA8F43BEE64479BFEEE80936885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F43F4-8BEC-46A7-A10E-0E64623F3199}"/>
      </w:docPartPr>
      <w:docPartBody>
        <w:p w:rsidR="00850F3B" w:rsidRDefault="00B2690C" w:rsidP="00B2690C">
          <w:pPr>
            <w:pStyle w:val="7AFA8F43BEE64479BFEEE80936885C93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B2FCC7C6C33409FB7260DA74F0E0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8EF3C-E2FB-4284-B775-782B0AAE892C}"/>
      </w:docPartPr>
      <w:docPartBody>
        <w:p w:rsidR="00850F3B" w:rsidRDefault="00B2690C" w:rsidP="00B2690C">
          <w:pPr>
            <w:pStyle w:val="4B2FCC7C6C33409FB7260DA74F0E0AA2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B60FCCD6D21404E994E21CD2EAFE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4F168-C2E9-4CD1-BE7B-AE383A3A811B}"/>
      </w:docPartPr>
      <w:docPartBody>
        <w:p w:rsidR="00850F3B" w:rsidRDefault="00B2690C" w:rsidP="00B2690C">
          <w:pPr>
            <w:pStyle w:val="5B60FCCD6D21404E994E21CD2EAFED02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3B73D0EF63B4271AC11D4731662B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18116-8023-41A4-A839-E6D249126EF0}"/>
      </w:docPartPr>
      <w:docPartBody>
        <w:p w:rsidR="00850F3B" w:rsidRDefault="00B2690C" w:rsidP="00B2690C">
          <w:pPr>
            <w:pStyle w:val="03B73D0EF63B4271AC11D4731662BD5A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18B465E064542B7AB811D5B05E87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E6476-CEAC-46CC-94CB-D56A4893DE1A}"/>
      </w:docPartPr>
      <w:docPartBody>
        <w:p w:rsidR="00850F3B" w:rsidRDefault="00B2690C" w:rsidP="00B2690C">
          <w:pPr>
            <w:pStyle w:val="F18B465E064542B7AB811D5B05E87893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0D9D7F1019C435FBD160760508B9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06349-DDCD-43A3-B9A6-FEF45280B9A5}"/>
      </w:docPartPr>
      <w:docPartBody>
        <w:p w:rsidR="00850F3B" w:rsidRDefault="00B2690C" w:rsidP="00B2690C">
          <w:pPr>
            <w:pStyle w:val="60D9D7F1019C435FBD160760508B9081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3E36DE9218E485DBA504B5E574AE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A09C8-7B99-4464-AF59-4C632EC7364E}"/>
      </w:docPartPr>
      <w:docPartBody>
        <w:p w:rsidR="00850F3B" w:rsidRDefault="00B2690C" w:rsidP="00B2690C">
          <w:pPr>
            <w:pStyle w:val="C3E36DE9218E485DBA504B5E574AE3EC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413443B289B45D7B0D9F9325573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65382-0B52-4923-A9EC-FAECDA5B0647}"/>
      </w:docPartPr>
      <w:docPartBody>
        <w:p w:rsidR="00850F3B" w:rsidRDefault="00B2690C" w:rsidP="00B2690C">
          <w:pPr>
            <w:pStyle w:val="4413443B289B45D7B0D9F93255730829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A53AFF6E3B14CB7AF665D1CD3500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93AF3-604D-4EA7-B423-7818089E500F}"/>
      </w:docPartPr>
      <w:docPartBody>
        <w:p w:rsidR="00850F3B" w:rsidRDefault="00B2690C" w:rsidP="00B2690C">
          <w:pPr>
            <w:pStyle w:val="AA53AFF6E3B14CB7AF665D1CD350081B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EA20DF22D5D4D6F8160C9AEFAD18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10A0B-324D-4B5A-BE35-580C59252068}"/>
      </w:docPartPr>
      <w:docPartBody>
        <w:p w:rsidR="00850F3B" w:rsidRDefault="00B2690C" w:rsidP="00B2690C">
          <w:pPr>
            <w:pStyle w:val="DEA20DF22D5D4D6F8160C9AEFAD180EF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49B8CCE26864B32BE1821D7389E0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2AC6F-E258-4167-BA42-95D32399F903}"/>
      </w:docPartPr>
      <w:docPartBody>
        <w:p w:rsidR="00850F3B" w:rsidRDefault="00B2690C" w:rsidP="00B2690C">
          <w:pPr>
            <w:pStyle w:val="F49B8CCE26864B32BE1821D7389E0127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3288BA74B184286BC542218EDB55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CC1EA-B7D4-42EE-8843-95E025E36099}"/>
      </w:docPartPr>
      <w:docPartBody>
        <w:p w:rsidR="00850F3B" w:rsidRDefault="00B2690C" w:rsidP="00B2690C">
          <w:pPr>
            <w:pStyle w:val="B3288BA74B184286BC542218EDB55383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AC26603897C421BA7E7E93EF378B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64531-C7C2-46E7-A1A9-7B3556AC4762}"/>
      </w:docPartPr>
      <w:docPartBody>
        <w:p w:rsidR="00850F3B" w:rsidRDefault="00B2690C" w:rsidP="00B2690C">
          <w:pPr>
            <w:pStyle w:val="BAC26603897C421BA7E7E93EF378B146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8C9E969856B945B0B755711C04E5C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586F9-FAB9-46E7-8D61-5627D1FC9167}"/>
      </w:docPartPr>
      <w:docPartBody>
        <w:p w:rsidR="00850F3B" w:rsidRDefault="00B2690C" w:rsidP="00B2690C">
          <w:pPr>
            <w:pStyle w:val="8C9E969856B945B0B755711C04E5C7E7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9285F4C205943F3842C3CD34D2B6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EEFF3-DF47-4DA0-8D45-89BB58503775}"/>
      </w:docPartPr>
      <w:docPartBody>
        <w:p w:rsidR="00850F3B" w:rsidRDefault="00B2690C" w:rsidP="00B2690C">
          <w:pPr>
            <w:pStyle w:val="09285F4C205943F3842C3CD34D2B610A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5A1233C7BB342D3A96391C8789DA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EC57A-8205-4E56-A8C8-AA00ED21BBAC}"/>
      </w:docPartPr>
      <w:docPartBody>
        <w:p w:rsidR="00850F3B" w:rsidRDefault="00B2690C" w:rsidP="00B2690C">
          <w:pPr>
            <w:pStyle w:val="D5A1233C7BB342D3A96391C8789DA8F3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AF45FC161F64DB18738FA9FEBE94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CCCC8-1242-4CBD-BC3B-9E34E55F0DAA}"/>
      </w:docPartPr>
      <w:docPartBody>
        <w:p w:rsidR="00850F3B" w:rsidRDefault="00B2690C" w:rsidP="00B2690C">
          <w:pPr>
            <w:pStyle w:val="7AF45FC161F64DB18738FA9FEBE947D92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638CA2CBEEB4E999362F1E79EBDF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9D850-80BE-4928-83EC-BE82ADB0F12B}"/>
      </w:docPartPr>
      <w:docPartBody>
        <w:p w:rsidR="00850F3B" w:rsidRDefault="00B2690C" w:rsidP="00B2690C">
          <w:pPr>
            <w:pStyle w:val="6638CA2CBEEB4E999362F1E79EBDFCDC3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EADB1C3DADE49BAB697012B1947D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BD4F8-B384-431D-9A37-CFF0DDD776D9}"/>
      </w:docPartPr>
      <w:docPartBody>
        <w:p w:rsidR="00FB4FE5" w:rsidRDefault="00B2690C" w:rsidP="00B2690C">
          <w:pPr>
            <w:pStyle w:val="FEADB1C3DADE49BAB697012B1947DCD33"/>
          </w:pPr>
          <w:r w:rsidRPr="004C11EF">
            <w:rPr>
              <w:rStyle w:val="PlaceholderText"/>
              <w:vanish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4C7"/>
    <w:rsid w:val="000D54ED"/>
    <w:rsid w:val="002231F6"/>
    <w:rsid w:val="0026158C"/>
    <w:rsid w:val="00271ACF"/>
    <w:rsid w:val="00360AD3"/>
    <w:rsid w:val="003835A2"/>
    <w:rsid w:val="003B4CA8"/>
    <w:rsid w:val="004A0984"/>
    <w:rsid w:val="0052346D"/>
    <w:rsid w:val="006604C7"/>
    <w:rsid w:val="00850F3B"/>
    <w:rsid w:val="00953CB5"/>
    <w:rsid w:val="00A337CE"/>
    <w:rsid w:val="00B2690C"/>
    <w:rsid w:val="00B9376B"/>
    <w:rsid w:val="00C4769E"/>
    <w:rsid w:val="00C976FE"/>
    <w:rsid w:val="00CB6AED"/>
    <w:rsid w:val="00CD2A5A"/>
    <w:rsid w:val="00D40875"/>
    <w:rsid w:val="00D76A95"/>
    <w:rsid w:val="00DB3482"/>
    <w:rsid w:val="00E3363B"/>
    <w:rsid w:val="00E50288"/>
    <w:rsid w:val="00E6327C"/>
    <w:rsid w:val="00EF3937"/>
    <w:rsid w:val="00F354F4"/>
    <w:rsid w:val="00FB4FE5"/>
    <w:rsid w:val="00FB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690C"/>
    <w:rPr>
      <w:color w:val="666666"/>
    </w:rPr>
  </w:style>
  <w:style w:type="paragraph" w:customStyle="1" w:styleId="FEADB1C3DADE49BAB697012B1947DCD3">
    <w:name w:val="FEADB1C3DADE49BAB697012B1947DCD3"/>
    <w:rsid w:val="00850F3B"/>
  </w:style>
  <w:style w:type="paragraph" w:customStyle="1" w:styleId="C9BEB01A7B884A93B01072ACC1102F70">
    <w:name w:val="C9BEB01A7B884A93B01072ACC1102F70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93068805EC04E49B2981644488B06C8">
    <w:name w:val="D93068805EC04E49B2981644488B06C8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8A75C57C00146DD9DEB8141BB792893">
    <w:name w:val="A8A75C57C00146DD9DEB8141BB792893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355AFAA33704722BE96D997A7AB9AF6">
    <w:name w:val="C355AFAA33704722BE96D997A7AB9AF6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9A874BDB3484E438A5969BFB48794AB">
    <w:name w:val="19A874BDB3484E438A5969BFB48794AB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9C6FC22ACDE45899DFE67C1B7B69418">
    <w:name w:val="C9C6FC22ACDE45899DFE67C1B7B69418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62466BF456542018CFCA794BDFB4015">
    <w:name w:val="B62466BF456542018CFCA794BDFB4015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F36233D65F3474AA0209F2D105951E5">
    <w:name w:val="CF36233D65F3474AA0209F2D105951E5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06A6F41D4304BBFB1707D2ECCF18067">
    <w:name w:val="506A6F41D4304BBFB1707D2ECCF18067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9B4770B40B848E8ABC3DA821EAEB66C">
    <w:name w:val="49B4770B40B848E8ABC3DA821EAEB66C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74703244635497CB299E46AAC76E121">
    <w:name w:val="074703244635497CB299E46AAC76E12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63976A3F4A94CD181D74D60142832D8">
    <w:name w:val="663976A3F4A94CD181D74D60142832D8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09D41A0D5BE4B29B2030C5230E87544">
    <w:name w:val="509D41A0D5BE4B29B2030C5230E87544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19DF4EF12754E4CB8B93DD5BE698B35">
    <w:name w:val="319DF4EF12754E4CB8B93DD5BE698B35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916D5F16E76425F962D30D552F6CC1C">
    <w:name w:val="6916D5F16E76425F962D30D552F6CC1C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B831F8A46C3457197A1EC49E2DCB507">
    <w:name w:val="BB831F8A46C3457197A1EC49E2DCB507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32B9030C1194A9590C405F9EAB51768">
    <w:name w:val="B32B9030C1194A9590C405F9EAB51768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9264772CB104E5BAE986F51287C72EE">
    <w:name w:val="E9264772CB104E5BAE986F51287C72EE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CB8CD02569E427EB0EFC4B6CDA5B6E7">
    <w:name w:val="9CB8CD02569E427EB0EFC4B6CDA5B6E7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AFA8F43BEE64479BFEEE80936885C93">
    <w:name w:val="7AFA8F43BEE64479BFEEE80936885C93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B2FCC7C6C33409FB7260DA74F0E0AA2">
    <w:name w:val="4B2FCC7C6C33409FB7260DA74F0E0AA2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60FCCD6D21404E994E21CD2EAFED02">
    <w:name w:val="5B60FCCD6D21404E994E21CD2EAFED02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3B73D0EF63B4271AC11D4731662BD5A">
    <w:name w:val="03B73D0EF63B4271AC11D4731662BD5A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18B465E064542B7AB811D5B05E87893">
    <w:name w:val="F18B465E064542B7AB811D5B05E87893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0D9D7F1019C435FBD160760508B9081">
    <w:name w:val="60D9D7F1019C435FBD160760508B908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3E36DE9218E485DBA504B5E574AE3EC">
    <w:name w:val="C3E36DE9218E485DBA504B5E574AE3EC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413443B289B45D7B0D9F93255730829">
    <w:name w:val="4413443B289B45D7B0D9F93255730829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A53AFF6E3B14CB7AF665D1CD350081B">
    <w:name w:val="AA53AFF6E3B14CB7AF665D1CD350081B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EA20DF22D5D4D6F8160C9AEFAD180EF">
    <w:name w:val="DEA20DF22D5D4D6F8160C9AEFAD180EF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49B8CCE26864B32BE1821D7389E0127">
    <w:name w:val="F49B8CCE26864B32BE1821D7389E0127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3288BA74B184286BC542218EDB55383">
    <w:name w:val="B3288BA74B184286BC542218EDB55383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AC26603897C421BA7E7E93EF378B146">
    <w:name w:val="BAC26603897C421BA7E7E93EF378B146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C9E969856B945B0B755711C04E5C7E7">
    <w:name w:val="8C9E969856B945B0B755711C04E5C7E7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9285F4C205943F3842C3CD34D2B610A">
    <w:name w:val="09285F4C205943F3842C3CD34D2B610A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9045678660F4C29BA497B43FAC149B8">
    <w:name w:val="D9045678660F4C29BA497B43FAC149B8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5A1233C7BB342D3A96391C8789DA8F3">
    <w:name w:val="D5A1233C7BB342D3A96391C8789DA8F3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AF45FC161F64DB18738FA9FEBE947D9">
    <w:name w:val="7AF45FC161F64DB18738FA9FEBE947D9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EADB1C3DADE49BAB697012B1947DCD31">
    <w:name w:val="FEADB1C3DADE49BAB697012B1947DCD3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638CA2CBEEB4E999362F1E79EBDFCDC">
    <w:name w:val="6638CA2CBEEB4E999362F1E79EBDFCDC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9BEB01A7B884A93B01072ACC1102F701">
    <w:name w:val="C9BEB01A7B884A93B01072ACC1102F70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93068805EC04E49B2981644488B06C81">
    <w:name w:val="D93068805EC04E49B2981644488B06C8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8A75C57C00146DD9DEB8141BB7928931">
    <w:name w:val="A8A75C57C00146DD9DEB8141BB792893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355AFAA33704722BE96D997A7AB9AF61">
    <w:name w:val="C355AFAA33704722BE96D997A7AB9AF6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9A874BDB3484E438A5969BFB48794AB1">
    <w:name w:val="19A874BDB3484E438A5969BFB48794AB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9C6FC22ACDE45899DFE67C1B7B694181">
    <w:name w:val="C9C6FC22ACDE45899DFE67C1B7B69418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62466BF456542018CFCA794BDFB40151">
    <w:name w:val="B62466BF456542018CFCA794BDFB4015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F36233D65F3474AA0209F2D105951E51">
    <w:name w:val="CF36233D65F3474AA0209F2D105951E5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06A6F41D4304BBFB1707D2ECCF180671">
    <w:name w:val="506A6F41D4304BBFB1707D2ECCF18067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9B4770B40B848E8ABC3DA821EAEB66C1">
    <w:name w:val="49B4770B40B848E8ABC3DA821EAEB66C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74703244635497CB299E46AAC76E1211">
    <w:name w:val="074703244635497CB299E46AAC76E121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63976A3F4A94CD181D74D60142832D81">
    <w:name w:val="663976A3F4A94CD181D74D60142832D8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09D41A0D5BE4B29B2030C5230E875441">
    <w:name w:val="509D41A0D5BE4B29B2030C5230E87544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19DF4EF12754E4CB8B93DD5BE698B351">
    <w:name w:val="319DF4EF12754E4CB8B93DD5BE698B35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916D5F16E76425F962D30D552F6CC1C1">
    <w:name w:val="6916D5F16E76425F962D30D552F6CC1C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B831F8A46C3457197A1EC49E2DCB5071">
    <w:name w:val="BB831F8A46C3457197A1EC49E2DCB507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32B9030C1194A9590C405F9EAB517681">
    <w:name w:val="B32B9030C1194A9590C405F9EAB51768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9264772CB104E5BAE986F51287C72EE1">
    <w:name w:val="E9264772CB104E5BAE986F51287C72EE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CB8CD02569E427EB0EFC4B6CDA5B6E71">
    <w:name w:val="9CB8CD02569E427EB0EFC4B6CDA5B6E7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AFA8F43BEE64479BFEEE80936885C931">
    <w:name w:val="7AFA8F43BEE64479BFEEE80936885C93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B2FCC7C6C33409FB7260DA74F0E0AA21">
    <w:name w:val="4B2FCC7C6C33409FB7260DA74F0E0AA2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60FCCD6D21404E994E21CD2EAFED021">
    <w:name w:val="5B60FCCD6D21404E994E21CD2EAFED02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3B73D0EF63B4271AC11D4731662BD5A1">
    <w:name w:val="03B73D0EF63B4271AC11D4731662BD5A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18B465E064542B7AB811D5B05E878931">
    <w:name w:val="F18B465E064542B7AB811D5B05E87893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0D9D7F1019C435FBD160760508B90811">
    <w:name w:val="60D9D7F1019C435FBD160760508B9081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3E36DE9218E485DBA504B5E574AE3EC1">
    <w:name w:val="C3E36DE9218E485DBA504B5E574AE3EC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413443B289B45D7B0D9F932557308291">
    <w:name w:val="4413443B289B45D7B0D9F93255730829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A53AFF6E3B14CB7AF665D1CD350081B1">
    <w:name w:val="AA53AFF6E3B14CB7AF665D1CD350081B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EA20DF22D5D4D6F8160C9AEFAD180EF1">
    <w:name w:val="DEA20DF22D5D4D6F8160C9AEFAD180EF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49B8CCE26864B32BE1821D7389E01271">
    <w:name w:val="F49B8CCE26864B32BE1821D7389E0127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3288BA74B184286BC542218EDB553831">
    <w:name w:val="B3288BA74B184286BC542218EDB55383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AC26603897C421BA7E7E93EF378B1461">
    <w:name w:val="BAC26603897C421BA7E7E93EF378B146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C9E969856B945B0B755711C04E5C7E71">
    <w:name w:val="8C9E969856B945B0B755711C04E5C7E7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9285F4C205943F3842C3CD34D2B610A1">
    <w:name w:val="09285F4C205943F3842C3CD34D2B610A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9045678660F4C29BA497B43FAC149B81">
    <w:name w:val="D9045678660F4C29BA497B43FAC149B8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5A1233C7BB342D3A96391C8789DA8F31">
    <w:name w:val="D5A1233C7BB342D3A96391C8789DA8F3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AF45FC161F64DB18738FA9FEBE947D91">
    <w:name w:val="7AF45FC161F64DB18738FA9FEBE947D9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EADB1C3DADE49BAB697012B1947DCD32">
    <w:name w:val="FEADB1C3DADE49BAB697012B1947DCD32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638CA2CBEEB4E999362F1E79EBDFCDC1">
    <w:name w:val="6638CA2CBEEB4E999362F1E79EBDFCDC1"/>
    <w:rsid w:val="00850F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9BEB01A7B884A93B01072ACC1102F7019">
    <w:name w:val="C9BEB01A7B884A93B01072ACC1102F7019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93068805EC04E49B2981644488B06C818">
    <w:name w:val="D93068805EC04E49B2981644488B06C818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8A75C57C00146DD9DEB8141BB79289318">
    <w:name w:val="A8A75C57C00146DD9DEB8141BB79289318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355AFAA33704722BE96D997A7AB9AF618">
    <w:name w:val="C355AFAA33704722BE96D997A7AB9AF618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9A874BDB3484E438A5969BFB48794AB8">
    <w:name w:val="19A874BDB3484E438A5969BFB48794AB8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9C6FC22ACDE45899DFE67C1B7B694188">
    <w:name w:val="C9C6FC22ACDE45899DFE67C1B7B694188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62466BF456542018CFCA794BDFB40156">
    <w:name w:val="B62466BF456542018CFCA794BDFB40156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F36233D65F3474AA0209F2D105951E56">
    <w:name w:val="CF36233D65F3474AA0209F2D105951E56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06A6F41D4304BBFB1707D2ECCF180676">
    <w:name w:val="506A6F41D4304BBFB1707D2ECCF180676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9B4770B40B848E8ABC3DA821EAEB66C6">
    <w:name w:val="49B4770B40B848E8ABC3DA821EAEB66C6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74703244635497CB299E46AAC76E1216">
    <w:name w:val="074703244635497CB299E46AAC76E1216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63976A3F4A94CD181D74D60142832D86">
    <w:name w:val="663976A3F4A94CD181D74D60142832D86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09D41A0D5BE4B29B2030C5230E875446">
    <w:name w:val="509D41A0D5BE4B29B2030C5230E875446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19DF4EF12754E4CB8B93DD5BE698B356">
    <w:name w:val="319DF4EF12754E4CB8B93DD5BE698B356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916D5F16E76425F962D30D552F6CC1C6">
    <w:name w:val="6916D5F16E76425F962D30D552F6CC1C6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B831F8A46C3457197A1EC49E2DCB5076">
    <w:name w:val="BB831F8A46C3457197A1EC49E2DCB5076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32B9030C1194A9590C405F9EAB517685">
    <w:name w:val="B32B9030C1194A9590C405F9EAB51768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9264772CB104E5BAE986F51287C72EE5">
    <w:name w:val="E9264772CB104E5BAE986F51287C72EE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CB8CD02569E427EB0EFC4B6CDA5B6E75">
    <w:name w:val="9CB8CD02569E427EB0EFC4B6CDA5B6E7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AFA8F43BEE64479BFEEE80936885C935">
    <w:name w:val="7AFA8F43BEE64479BFEEE80936885C93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B2FCC7C6C33409FB7260DA74F0E0AA25">
    <w:name w:val="4B2FCC7C6C33409FB7260DA74F0E0AA2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60FCCD6D21404E994E21CD2EAFED025">
    <w:name w:val="5B60FCCD6D21404E994E21CD2EAFED02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3B73D0EF63B4271AC11D4731662BD5A5">
    <w:name w:val="03B73D0EF63B4271AC11D4731662BD5A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18B465E064542B7AB811D5B05E878935">
    <w:name w:val="F18B465E064542B7AB811D5B05E87893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0D9D7F1019C435FBD160760508B90815">
    <w:name w:val="60D9D7F1019C435FBD160760508B9081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3E36DE9218E485DBA504B5E574AE3EC5">
    <w:name w:val="C3E36DE9218E485DBA504B5E574AE3EC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413443B289B45D7B0D9F932557308295">
    <w:name w:val="4413443B289B45D7B0D9F93255730829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A53AFF6E3B14CB7AF665D1CD350081B5">
    <w:name w:val="AA53AFF6E3B14CB7AF665D1CD350081B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EA20DF22D5D4D6F8160C9AEFAD180EF4">
    <w:name w:val="DEA20DF22D5D4D6F8160C9AEFAD180EF4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49B8CCE26864B32BE1821D7389E01274">
    <w:name w:val="F49B8CCE26864B32BE1821D7389E01274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3288BA74B184286BC542218EDB553834">
    <w:name w:val="B3288BA74B184286BC542218EDB553834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AC26603897C421BA7E7E93EF378B1464">
    <w:name w:val="BAC26603897C421BA7E7E93EF378B1464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C9E969856B945B0B755711C04E5C7E74">
    <w:name w:val="8C9E969856B945B0B755711C04E5C7E74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9285F4C205943F3842C3CD34D2B610A4">
    <w:name w:val="09285F4C205943F3842C3CD34D2B610A4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9045678660F4C29BA497B43FAC149B85">
    <w:name w:val="D9045678660F4C29BA497B43FAC149B85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5A1233C7BB342D3A96391C8789DA8F34">
    <w:name w:val="D5A1233C7BB342D3A96391C8789DA8F34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AF45FC161F64DB18738FA9FEBE947D94">
    <w:name w:val="7AF45FC161F64DB18738FA9FEBE947D94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906CEFA3D7241398F6809BA5926EED12">
    <w:name w:val="4906CEFA3D7241398F6809BA5926EED12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638CA2CBEEB4E999362F1E79EBDFCDC2">
    <w:name w:val="6638CA2CBEEB4E999362F1E79EBDFCDC2"/>
    <w:rsid w:val="003B4C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9BEB01A7B884A93B01072ACC1102F702">
    <w:name w:val="C9BEB01A7B884A93B01072ACC1102F70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93068805EC04E49B2981644488B06C82">
    <w:name w:val="D93068805EC04E49B2981644488B06C8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8A75C57C00146DD9DEB8141BB7928932">
    <w:name w:val="A8A75C57C00146DD9DEB8141BB792893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355AFAA33704722BE96D997A7AB9AF62">
    <w:name w:val="C355AFAA33704722BE96D997A7AB9AF6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9A874BDB3484E438A5969BFB48794AB2">
    <w:name w:val="19A874BDB3484E438A5969BFB48794AB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9C6FC22ACDE45899DFE67C1B7B694182">
    <w:name w:val="C9C6FC22ACDE45899DFE67C1B7B69418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62466BF456542018CFCA794BDFB40152">
    <w:name w:val="B62466BF456542018CFCA794BDFB4015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F36233D65F3474AA0209F2D105951E52">
    <w:name w:val="CF36233D65F3474AA0209F2D105951E5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06A6F41D4304BBFB1707D2ECCF180672">
    <w:name w:val="506A6F41D4304BBFB1707D2ECCF18067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9B4770B40B848E8ABC3DA821EAEB66C2">
    <w:name w:val="49B4770B40B848E8ABC3DA821EAEB66C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74703244635497CB299E46AAC76E1212">
    <w:name w:val="074703244635497CB299E46AAC76E121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63976A3F4A94CD181D74D60142832D82">
    <w:name w:val="663976A3F4A94CD181D74D60142832D8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09D41A0D5BE4B29B2030C5230E875442">
    <w:name w:val="509D41A0D5BE4B29B2030C5230E87544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19DF4EF12754E4CB8B93DD5BE698B352">
    <w:name w:val="319DF4EF12754E4CB8B93DD5BE698B35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916D5F16E76425F962D30D552F6CC1C2">
    <w:name w:val="6916D5F16E76425F962D30D552F6CC1C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B831F8A46C3457197A1EC49E2DCB5072">
    <w:name w:val="BB831F8A46C3457197A1EC49E2DCB507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32B9030C1194A9590C405F9EAB517682">
    <w:name w:val="B32B9030C1194A9590C405F9EAB51768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9264772CB104E5BAE986F51287C72EE2">
    <w:name w:val="E9264772CB104E5BAE986F51287C72EE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CB8CD02569E427EB0EFC4B6CDA5B6E72">
    <w:name w:val="9CB8CD02569E427EB0EFC4B6CDA5B6E7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AFA8F43BEE64479BFEEE80936885C932">
    <w:name w:val="7AFA8F43BEE64479BFEEE80936885C93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B2FCC7C6C33409FB7260DA74F0E0AA22">
    <w:name w:val="4B2FCC7C6C33409FB7260DA74F0E0AA2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60FCCD6D21404E994E21CD2EAFED022">
    <w:name w:val="5B60FCCD6D21404E994E21CD2EAFED02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3B73D0EF63B4271AC11D4731662BD5A2">
    <w:name w:val="03B73D0EF63B4271AC11D4731662BD5A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18B465E064542B7AB811D5B05E878932">
    <w:name w:val="F18B465E064542B7AB811D5B05E87893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0D9D7F1019C435FBD160760508B90812">
    <w:name w:val="60D9D7F1019C435FBD160760508B9081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3E36DE9218E485DBA504B5E574AE3EC2">
    <w:name w:val="C3E36DE9218E485DBA504B5E574AE3EC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413443B289B45D7B0D9F932557308292">
    <w:name w:val="4413443B289B45D7B0D9F93255730829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A53AFF6E3B14CB7AF665D1CD350081B2">
    <w:name w:val="AA53AFF6E3B14CB7AF665D1CD350081B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EA20DF22D5D4D6F8160C9AEFAD180EF2">
    <w:name w:val="DEA20DF22D5D4D6F8160C9AEFAD180EF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49B8CCE26864B32BE1821D7389E01272">
    <w:name w:val="F49B8CCE26864B32BE1821D7389E0127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3288BA74B184286BC542218EDB553832">
    <w:name w:val="B3288BA74B184286BC542218EDB55383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AC26603897C421BA7E7E93EF378B1462">
    <w:name w:val="BAC26603897C421BA7E7E93EF378B146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C9E969856B945B0B755711C04E5C7E72">
    <w:name w:val="8C9E969856B945B0B755711C04E5C7E7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9285F4C205943F3842C3CD34D2B610A2">
    <w:name w:val="09285F4C205943F3842C3CD34D2B610A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9045678660F4C29BA497B43FAC149B82">
    <w:name w:val="D9045678660F4C29BA497B43FAC149B8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5A1233C7BB342D3A96391C8789DA8F32">
    <w:name w:val="D5A1233C7BB342D3A96391C8789DA8F3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AF45FC161F64DB18738FA9FEBE947D92">
    <w:name w:val="7AF45FC161F64DB18738FA9FEBE947D92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EADB1C3DADE49BAB697012B1947DCD33">
    <w:name w:val="FEADB1C3DADE49BAB697012B1947DCD33"/>
    <w:rsid w:val="00B269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638CA2CBEEB4E999362F1E79EBDFCDC3">
    <w:name w:val="6638CA2CBEEB4E999362F1E79EBDFCDC3"/>
    <w:rsid w:val="00B2690C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6984c5-66a7-41a3-994d-c3b8e48b2f60">
      <Terms xmlns="http://schemas.microsoft.com/office/infopath/2007/PartnerControls"/>
    </lcf76f155ced4ddcb4097134ff3c332f>
    <TaxCatchAll xmlns="27d3c216-2c03-46eb-90ec-5564128f7b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F7C47A608324A90C334C1CCFAF685" ma:contentTypeVersion="18" ma:contentTypeDescription="Create a new document." ma:contentTypeScope="" ma:versionID="7a742d47928e18785bbd0806736d31c4">
  <xsd:schema xmlns:xsd="http://www.w3.org/2001/XMLSchema" xmlns:xs="http://www.w3.org/2001/XMLSchema" xmlns:p="http://schemas.microsoft.com/office/2006/metadata/properties" xmlns:ns2="4e6984c5-66a7-41a3-994d-c3b8e48b2f60" xmlns:ns3="27d3c216-2c03-46eb-90ec-5564128f7bad" targetNamespace="http://schemas.microsoft.com/office/2006/metadata/properties" ma:root="true" ma:fieldsID="ac32277f0c62725bb9c67f4dae3d35e7" ns2:_="" ns3:_="">
    <xsd:import namespace="4e6984c5-66a7-41a3-994d-c3b8e48b2f60"/>
    <xsd:import namespace="27d3c216-2c03-46eb-90ec-5564128f7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984c5-66a7-41a3-994d-c3b8e48b2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3c216-2c03-46eb-90ec-5564128f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07ccb4-c310-44f9-a4f9-0691fd1ee117}" ma:internalName="TaxCatchAll" ma:showField="CatchAllData" ma:web="27d3c216-2c03-46eb-90ec-5564128f7b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D6BE50-8679-45B5-B543-04C42B64163A}">
  <ds:schemaRefs>
    <ds:schemaRef ds:uri="http://schemas.microsoft.com/office/2006/metadata/properties"/>
    <ds:schemaRef ds:uri="http://schemas.microsoft.com/office/infopath/2007/PartnerControls"/>
    <ds:schemaRef ds:uri="4e6984c5-66a7-41a3-994d-c3b8e48b2f60"/>
    <ds:schemaRef ds:uri="27d3c216-2c03-46eb-90ec-5564128f7bad"/>
  </ds:schemaRefs>
</ds:datastoreItem>
</file>

<file path=customXml/itemProps2.xml><?xml version="1.0" encoding="utf-8"?>
<ds:datastoreItem xmlns:ds="http://schemas.openxmlformats.org/officeDocument/2006/customXml" ds:itemID="{6C1BE5D3-0B44-4A04-B7C5-E7448724F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8F8BE8-8239-4E51-B8E5-4C3B8A5D2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6984c5-66a7-41a3-994d-c3b8e48b2f60"/>
    <ds:schemaRef ds:uri="27d3c216-2c03-46eb-90ec-5564128f7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622</Words>
  <Characters>3464</Characters>
  <Application>Microsoft Office Word</Application>
  <DocSecurity>0</DocSecurity>
  <Lines>82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Long, Rachel</cp:lastModifiedBy>
  <cp:revision>17</cp:revision>
  <cp:lastPrinted>2026-01-15T17:07:00Z</cp:lastPrinted>
  <dcterms:created xsi:type="dcterms:W3CDTF">2026-02-25T16:29:00Z</dcterms:created>
  <dcterms:modified xsi:type="dcterms:W3CDTF">2026-08-13T18:49:00Z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0x010100FA7F7C47A608324A90C334C1CCFAF685</vt:lpwstr>
  </property>
  <property fmtid="{D5CDD505-2E9C-101B-9397-08002B2CF9AE}" pid="3" name="MediaServiceImageTags">
    <vt:lpwstr/>
  </property>
</Properties>
</file>